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获取播放列表信息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https://api.polyv.net/v2/play-list/list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获取播放列表信息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当前时间的毫秒级时间戳（13位），3分钟内有效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playListIds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播放列表ID，多个以英文逗号分隔，最大1000个，如"1620153765497,1620142496099"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标题，按标题模糊搜索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每页大小，最大1000条，默认为10</w:t>
            </w:r>
          </w:p>
        </w:tc>
      </w:tr>
    </w:tbl>
    <w:p>
      <w:pPr>
        <w:spacing w:after="40"/>
      </w:pP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{</w:t>
        <w:br/>
        <w:t xml:space="preserve">        "pageNumber": 1,</w:t>
        <w:br/>
        <w:t xml:space="preserve">        "totalPages": 1,</w:t>
        <w:br/>
        <w:t xml:space="preserve">        "pageSize": 10,</w:t>
        <w:br/>
        <w:t xml:space="preserve">        "contents": [</w:t>
        <w:br/>
        <w:t xml:space="preserve">            {</w:t>
        <w:br/>
        <w:t xml:space="preserve">                "id": 1620142496099,</w:t>
        <w:br/>
        <w:t xml:space="preserve">                "description": "播放列表描述",</w:t>
        <w:br/>
        <w:t xml:space="preserve">                "tag": "播放列表标签",</w:t>
        <w:br/>
        <w:t xml:space="preserve">                "title": "播放列表标题",</w:t>
        <w:br/>
        <w:t xml:space="preserve">                "creationTime": 1620142496099,</w:t>
        <w:br/>
        <w:t xml:space="preserve">                "updateTime": 1620208243903,</w:t>
        <w:br/>
        <w:t xml:space="preserve">                "videoCount": 2,</w:t>
        <w:br/>
        <w:t xml:space="preserve">                "videoList": [</w:t>
        <w:br/>
        <w:t xml:space="preserve">                    {</w:t>
        <w:br/>
        <w:t xml:space="preserve">                        "vid": "a2dc4f2517d7a3b462dc1876c333fd32",</w:t>
        <w:br/>
        <w:t xml:space="preserve">                        "title": "视频标题",</w:t>
        <w:br/>
        <w:t xml:space="preserve">                        "duration": 732.0,</w:t>
        <w:br/>
        <w:t xml:space="preserve">                        "coverURL": "http://img.videocc.net/uimage/a/a2dc4f2517/first_image/9b16020e-c3f7-4b0d-9c55-ba5171eb7857_s.png",</w:t>
        <w:br/>
        <w:t xml:space="preserve">                    }</w:t>
        <w:br/>
        <w:t xml:space="preserve">                ]</w:t>
        <w:br/>
        <w:t xml:space="preserve">            }</w:t>
        <w:br/>
        <w:t xml:space="preserve">        ],</w:t>
        <w:br/>
        <w:t xml:space="preserve">        "totalItems": 1</w:t>
        <w:br/>
        <w:t xml:space="preserve">    }</w:t>
        <w:br/>
        <w:t>}</w:t>
      </w:r>
    </w:p>
    <w:p>
      <w:pPr>
        <w:pStyle w:val="Heading2"/>
      </w:pPr>
      <w:r>
        <w:t>返回错误结果JSON示例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签名不正确</w:t>
        <w:br/>
        <w:t>{</w:t>
        <w:br/>
        <w:tab/>
        <w:t>"code":400,</w:t>
        <w:br/>
        <w:tab/>
        <w:t>"status":"error",</w:t>
        <w:br/>
        <w:tab/>
        <w:t>"message":"the sign is not right",</w:t>
        <w:br/>
        <w:tab/>
        <w:t>"data":""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时间戳过期</w:t>
        <w:br/>
        <w:t>{</w:t>
        <w:br/>
        <w:tab/>
        <w:t>"code":400,</w:t>
        <w:br/>
        <w:tab/>
        <w:t>"status":"error",</w:t>
        <w:br/>
        <w:tab/>
        <w:t>"message":"ptime is too old.",</w:t>
        <w:br/>
        <w:tab/>
        <w:t>"data":""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操作结果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播放列表描述信息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播放列表标签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creationTime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播放列表创建时间，13位毫秒时间戳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播放列表最近更新时间，13位毫秒时间戳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播放列表的视频数量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播放列表的视频数组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videoList.title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视频首图url</w:t>
            </w:r>
          </w:p>
        </w:tc>
      </w:tr>
    </w:tbl>
    <w:p>
      <w:pPr>
        <w:spacing w:after="40"/>
      </w:pPr>
    </w:p>
    <w:p>
      <w:pPr>
        <w:pStyle w:val="Heading3"/>
      </w:pPr>
      <w:r>
        <w:t>java请求示例：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public void testGetPlayList() throws Exception {</w:t>
        <w:br/>
        <w:t xml:space="preserve">        String url = "https://api.polyv.net/v2/play/list";</w:t>
        <w:br/>
        <w:t xml:space="preserve">        Map&lt;String, String&gt; params = new HashMap&lt;&gt;();</w:t>
        <w:br/>
        <w:t xml:space="preserve">        params.put("userid", userid);</w:t>
        <w:br/>
        <w:t xml:space="preserve">        params.put("ptime", String.valueOf(System.currentTimeMillis()));</w:t>
        <w:br/>
        <w:t xml:space="preserve">        params.put("sign", getSign(params, secretkey));</w:t>
        <w:br/>
        <w:t xml:space="preserve">        String response = HttpClientUtil.getInstance().sendHttpGet(url + "?" + PolyvTool.mapJoinNotEncode(params));</w:t>
        <w:br/>
        <w:t xml:space="preserve">        System.out.println(response);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获取播放列表信息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