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直播关联自定义场次id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https://api.polyv.net/live/v3/channel/session/relevance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自定义直播场次UUID，32位长度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"success"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修改成功过时为success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'/srv/http/config.php';</w:t>
        <w:br/>
        <w:br/>
        <w:t>$params = array(</w:t>
        <w:br/>
        <w:t xml:space="preserve">  'appId' =&gt; $appId,</w:t>
        <w:br/>
        <w:t xml:space="preserve">  'timestamp' =&gt; $timestamp,</w:t>
        <w:br/>
        <w:t xml:space="preserve">  'channelId' =&gt; '206204',</w:t>
        <w:br/>
        <w:t xml:space="preserve">  'externalSessionId' =&gt; '自定义直播场次UUID，32位长度');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"http://api.polyv.net/live/v3/channel/relevance-session?".http_build_query($params);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CURLOPT_POST, 1);</w:t>
        <w:br/>
        <w:t>curl_setopt($curl, CURLOPT_URL, $url);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直播关联自定义场次id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