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添加视频至播放列表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https://api.polyv.net/v2/play-list/add-video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添加视频至播放列表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添加失败，请检查视频是否重复添加、或者playListId、vid是否存在且合法</w:t>
        <w:br/>
        <w:t>{</w:t>
        <w:br/>
        <w:t xml:space="preserve">    "code": 400,</w:t>
        <w:br/>
        <w:t xml:space="preserve">    "status": "error",</w:t>
        <w:br/>
        <w:t xml:space="preserve">    "message": "Add video failed",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testAddVideoToPlayList() throws Exception {</w:t>
        <w:br/>
        <w:t xml:space="preserve">        String url = "https://api.polyv.net/v2/play-list/add-video";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long playListId = 1620142496099L;</w:t>
        <w:br/>
        <w:t xml:space="preserve">        params.put("playListId", String.valueOf(playListId));</w:t>
        <w:br/>
        <w:t xml:space="preserve">        params.put("vid", "a2dc4f25174db4e911ce6fbf2cbd81cc_a");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添加视频至播放列表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