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点播视频CDN刷新和预热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https://api.polyv.net/v2/video/refresh-cdn-cache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1. 点播视频CDN刷新预热，目前仅支持预热点播zip文件</w:t>
        <w:br/>
        <w:t>2. 提交任务后，需 5-10 分钟左右才能生效</w:t>
        <w:br/>
        <w:t>3. 同一个用户，每天最多刷新预热 2000 个文件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1. 支持POST请求，参数需放在请求体中，并以form表单的形式提交</w:t>
        <w:br/>
        <w:t>2. Content-Type: application/x-www-form-urlencoded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执行操作，预热："push"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文件类型，点播视频zip文件："zip"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视频信息数组，格式为json字符串，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每次请求的数量不能超过100个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videos[0].vid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videos[0].brIndex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码率序号，1：流畅，2：高清，3：超清</w:t>
            </w:r>
          </w:p>
        </w:tc>
      </w:tr>
    </w:tbl>
    <w:p>
      <w:pPr>
        <w:spacing w:after="40"/>
      </w:pPr>
    </w:p>
    <w:p>
      <w:pPr>
        <w:pStyle w:val="Heading2"/>
      </w:pPr>
      <w:r>
        <w:t>videos 参数示例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ab/>
        <w:t>{</w:t>
        <w:br/>
        <w:tab/>
        <w:t>"vid": "e6b23c6f513fbe025b94efdd10d7ab47_e",</w:t>
        <w:br/>
        <w:tab/>
        <w:t>"brIndex": 1</w:t>
        <w:br/>
        <w:tab/>
        <w:t>},</w:t>
        <w:br/>
        <w:tab/>
        <w:t>{</w:t>
        <w:br/>
        <w:tab/>
        <w:t>"vid": "e6b23c6f513fbe025b94efdd10d7ab47_e",</w:t>
        <w:br/>
        <w:tab/>
        <w:t>"brIndex": 2</w:t>
        <w:br/>
        <w:tab/>
        <w:t>},</w:t>
        <w:br/>
        <w:tab/>
        <w:t>{</w:t>
        <w:br/>
        <w:tab/>
        <w:t>"vid": "e6b23c6f513fbe025b94efdd10d7ab47_e",</w:t>
        <w:br/>
        <w:tab/>
        <w:t>"brIndex": 3</w:t>
        <w:br/>
        <w:tab/>
        <w:t>}</w:t>
        <w:br/>
        <w:t>]</w:t>
        <w:br/>
      </w:r>
    </w:p>
    <w:p>
      <w:pPr>
        <w:pStyle w:val="Heading2"/>
      </w:pPr>
      <w:r>
        <w:t>返回结果</w:t>
      </w:r>
    </w:p>
    <w:p>
      <w:pPr>
        <w:pStyle w:val="Heading2"/>
      </w:pPr>
      <w:r>
        <w:t>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上传成功返回示例</w:t>
        <w:br/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"taskId": "b3ad461ef1df4afc9340427767968a4c"</w:t>
        <w:br/>
        <w:tab/>
        <w:t>}</w:t>
        <w:br/>
        <w:t>}</w:t>
        <w:br/>
      </w:r>
    </w:p>
    <w:p>
      <w:pPr>
        <w:pStyle w:val="Heading2"/>
      </w:pPr>
      <w:r>
        <w:t>请求失败返回json示例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ab/>
        <w:t>"code": 400,</w:t>
        <w:br/>
        <w:tab/>
        <w:t>"status": "error",</w:t>
        <w:br/>
        <w:tab/>
        <w:t>"message": "ptime is too old",</w:t>
        <w:br/>
        <w:tab/>
        <w:t>"data": null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ab/>
        <w:t>"code": 400,</w:t>
        <w:br/>
        <w:tab/>
        <w:t>"status": "error",</w:t>
        <w:br/>
        <w:tab/>
        <w:t>"message": "the sign is not right.",</w:t>
        <w:br/>
        <w:tab/>
        <w:t>"data": null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提交的vid中存在不合法值</w:t>
        <w:br/>
        <w:t>{</w:t>
        <w:br/>
        <w:tab/>
        <w:t>"code": 400,</w:t>
        <w:br/>
        <w:tab/>
        <w:t>"status": "error",</w:t>
        <w:br/>
        <w:tab/>
        <w:t>"message": "illeagal vid",</w:t>
        <w:br/>
        <w:tab/>
        <w:t>"data": null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每次提交不能超过100个文件</w:t>
        <w:br/>
        <w:t>{</w:t>
        <w:br/>
        <w:tab/>
        <w:t>"code": 400,</w:t>
        <w:br/>
        <w:tab/>
        <w:t>"status": "error",</w:t>
        <w:br/>
        <w:tab/>
        <w:t>"message": "can't submit more than 100 files",</w:t>
        <w:br/>
        <w:tab/>
        <w:t>"data": null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码率不存在</w:t>
        <w:br/>
        <w:t>{</w:t>
        <w:br/>
        <w:tab/>
        <w:t>"code": 400,</w:t>
        <w:br/>
        <w:tab/>
        <w:t>"status": "error",</w:t>
        <w:br/>
        <w:tab/>
        <w:t>"message": "bitrate does not exist",</w:t>
        <w:br/>
        <w:tab/>
        <w:t>"data": null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每天不能提交超过2000个文件</w:t>
        <w:br/>
        <w:t>{</w:t>
        <w:br/>
        <w:tab/>
        <w:t>"code": 400,</w:t>
        <w:br/>
        <w:tab/>
        <w:t>"status": "error",</w:t>
        <w:br/>
        <w:tab/>
        <w:t>"message": "can't submit more than 2000 files one day",</w:t>
        <w:br/>
        <w:tab/>
        <w:t>"data": null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请求返回状态码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请求返回状态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请求返回信息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data.taskId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void testRefreshCdnCache() {</w:t>
        <w:br/>
        <w:t xml:space="preserve">        String url = "https://api.polyv.net/v2/video/refresh-cdn-cache";</w:t>
        <w:br/>
        <w:tab/>
        <w:tab/>
        <w:t>String userid = "xxxxxxx";</w:t>
        <w:br/>
        <w:t xml:space="preserve">        String vid = "xxxxxxxxxxxxxxxxxxxx";</w:t>
        <w:br/>
        <w:tab/>
        <w:tab/>
        <w:t>String secretkey = "xxxxxxx";</w:t>
        <w:br/>
        <w:tab/>
        <w:tab/>
        <w:t>String videos = "[{\"vid\": \"e6b23c6f513fbe025b94efdd10d7ab47_e\",\"brIndex\": 1}]";</w:t>
        <w:br/>
        <w:tab/>
        <w:tab/>
        <w:t>long ptime = System.currentTimeMillis();</w:t>
        <w:br/>
        <w:br/>
        <w:t xml:space="preserve">        Map&lt;String, String&gt; params = new HashMap&lt;&gt;();</w:t>
        <w:br/>
        <w:tab/>
        <w:tab/>
        <w:t>params.put("ptime", String.valueOf(ptime));</w:t>
        <w:br/>
        <w:tab/>
        <w:tab/>
        <w:t>params.put("userid", userid);</w:t>
        <w:br/>
        <w:tab/>
        <w:tab/>
        <w:t>params.put("videos", videos);</w:t>
        <w:br/>
        <w:tab/>
        <w:tab/>
        <w:t>params.put("action", "push");</w:t>
        <w:br/>
        <w:tab/>
        <w:tab/>
        <w:t>params.put("fileType", "zip");</w:t>
        <w:br/>
        <w:tab/>
        <w:tab/>
        <w:t>params.put("sign", getSign(params, secretkey));</w:t>
        <w:br/>
        <w:t xml:space="preserve">        String content = HttpClientUtil.getInstance().sendHttpPost(url, params);</w:t>
        <w:br/>
        <w:t xml:space="preserve">        System.out.println(content);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点播视频CDN刷新和预热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