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获取调用聊天室接口所需的sign接口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https://api.polyv.net/live/v3/channel/monitor/get-room-sign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1、作用：用于用于获取调用聊天室接口所需的sign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当前时间的秒级时间戳（13位）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操作成功响应示例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200,</w:t>
        <w:br/>
        <w:t xml:space="preserve">  "message": "",</w:t>
        <w:br/>
        <w:t xml:space="preserve">  "status": "success",</w:t>
        <w:br/>
        <w:t xml:space="preserve">  "data": "xxxxxxxxxxxxxxxxxxxxxxxxxxxxx"</w:t>
        <w:br/>
        <w:t>}</w:t>
      </w:r>
    </w:p>
    <w:p>
      <w:pPr>
        <w:pStyle w:val="Heading2"/>
      </w:pPr>
      <w:r>
        <w:t>操作失败响应示例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pPr>
        <w:pStyle w:val="Heading2"/>
      </w:pPr>
      <w:r>
        <w:t>响应字段说明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响应代码，成功为200，失败为400，签名错误为403，异常错误500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成功返回聊天室接口所需的sign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br/>
        <w:t>//引用config.php</w:t>
        <w:br/>
        <w:t>include 'config.php';</w:t>
        <w:br/>
        <w:br/>
        <w:t>$params = array(</w:t>
        <w:br/>
        <w:t xml:space="preserve">        'appId'=&gt;$appId,</w:t>
        <w:br/>
        <w:t xml:space="preserve">        'channelId'=&gt;$channelId,</w:t>
        <w:br/>
        <w:t xml:space="preserve">        'timestamp'=&gt;$timestamp</w:t>
        <w:br/>
        <w:t xml:space="preserve">    );</w:t>
        <w:br/>
        <w:br/>
        <w:t>//生成sign</w:t>
        <w:br/>
        <w:t>$sign = getSign($params); //详细查看config.php文件</w:t>
        <w:br/>
        <w:t>$params['sign'] = $sign;</w:t>
        <w:br/>
        <w:t>$url="https://api.polyv.net/live/v3/channel/monitor/get-room-sign?".http_build_query($params);</w:t>
        <w:br/>
        <w:t>echo "&lt;script&gt;window.location.href='$url'&lt;/script&gt;";</w:t>
        <w:br/>
        <w:t>?&gt;</w:t>
        <w:br/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获取调用聊天室接口所需的sign接口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