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批量获取点播视频完成度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https://api.polyv.net/v2/video/engagement/{userId}/getList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支持批量分页获取视频观看完成度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支持https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POST,GET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路径参数，用户userId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13位的当前时间毫秒级时间戳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查询条件字段，取值范围：video 根据视频搜索；viewer 根据观众搜索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查询条件的值，如果filed = video 填写vid；如果field = viewer 填写 viewerId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过滤条件，如果field = video，可填写多个以,分隔的viewerId进行过滤；如果field = viewer，可填写多个以,分隔的vid进行过滤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每一页大小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返回结果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"pageSize": 20,</w:t>
        <w:br/>
        <w:t xml:space="preserve">        "pageNumber":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"vid": "ee7fe7fbdadafe381e8e100669144e51_e",</w:t>
        <w:br/>
        <w:t xml:space="preserve">                "viewerId": "1111",</w:t>
        <w:br/>
        <w:t xml:space="preserve">                "watchPercentage": 0.05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请求失败返回json示例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签名错误</w:t>
        <w:br/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  <w:br/>
        <w:t>// 类型错误</w:t>
        <w:br/>
        <w:t>{</w:t>
        <w:br/>
        <w:t xml:space="preserve">    "code": 400,</w:t>
        <w:br/>
        <w:t xml:space="preserve">    "status": "error",</w:t>
        <w:br/>
        <w:t xml:space="preserve">    "message": "field type error",</w:t>
        <w:br/>
        <w:t xml:space="preserve">    "data": ""</w:t>
        <w:br/>
        <w:t>}</w:t>
        <w:br/>
        <w:t>// ...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data.content[0].vid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data.content[0].viewerId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观众viewerId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data.content[0].watchPercentage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观看完成度</w:t>
            </w:r>
          </w:p>
        </w:tc>
      </w:tr>
    </w:tbl>
    <w:p>
      <w:pPr>
        <w:spacing w:after="40"/>
      </w:pPr>
    </w:p>
    <w:p>
      <w:pPr>
        <w:pStyle w:val="Heading3"/>
      </w:pPr>
      <w:r>
        <w:t>Java示例代码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class Test {</w:t>
        <w:br/>
        <w:br/>
        <w:t xml:space="preserve">    public static void main(String[] args) throws Exception {</w:t>
        <w:br/>
        <w:t xml:space="preserve">        String userId = "ee7fe7fbda";</w:t>
        <w:br/>
        <w:t xml:space="preserve">        String secretkey = "2owGBAZsAY";</w:t>
        <w:br/>
        <w:t xml:space="preserve">        String url = "https://api.polyv.net/v2/video/engagement/%s/getList";</w:t>
        <w:br/>
        <w:br/>
        <w:t xml:space="preserve">        Map&lt;String, String&gt; maps = new HashMap&lt;&gt;();</w:t>
        <w:br/>
        <w:t xml:space="preserve">        maps.put("field", "viewer");</w:t>
        <w:br/>
        <w:t xml:space="preserve">        maps.put("fieldValue", "1111");</w:t>
        <w:br/>
        <w:t xml:space="preserve">        maps.put("filterValue", "");</w:t>
        <w:br/>
        <w:t xml:space="preserve">        maps.put("sign", getSign(maps, secretkey));</w:t>
        <w:br/>
        <w:br/>
        <w:t xml:space="preserve">        url += "?" + buildUrl(maps);</w:t>
        <w:br/>
        <w:t xml:space="preserve">        url = String.format(url, userId);</w:t>
        <w:br/>
        <w:t xml:space="preserve">        HttpClient client = new HttpClient();</w:t>
        <w:br/>
        <w:t xml:space="preserve">        GetMethod getMethod = new GetMethod(url);</w:t>
        <w:br/>
        <w:t xml:space="preserve">        client.executeMethod(getMethod);</w:t>
        <w:br/>
        <w:t xml:space="preserve">        System.out.println(url);</w:t>
        <w:br/>
        <w:t xml:space="preserve">        System.out.println(getMethod.getResponseBodyAsString());</w:t>
        <w:br/>
        <w:t xml:space="preserve">    }</w:t>
        <w:br/>
        <w:br/>
        <w:t xml:space="preserve">    public static String buildUrl(Map&lt;String, String&gt; maps) {</w:t>
        <w:br/>
        <w:t xml:space="preserve">        List&lt;String&gt; tmp = new ArrayList&lt;&gt;();</w:t>
        <w:br/>
        <w:t xml:space="preserve">        for (Map.Entry&lt;String, String&gt; key : maps.entrySet()) {</w:t>
        <w:br/>
        <w:t xml:space="preserve">            tmp.add(key.getKey() + "=" + key.getValue());</w:t>
        <w:br/>
        <w:t xml:space="preserve">        }</w:t>
        <w:br/>
        <w:t xml:space="preserve">        return String.join("&amp;", tmp);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批量获取点播视频完成度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