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分页获取答题卡的答题观众列表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https://api.polyv.net/live/v3/channel/question/answer-record/list-by-page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1、接口用于分页获取某次答题的答题观众列表</w:t>
        <w:br/>
        <w:t>2、接口支持https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题目ID，从题目列表中获取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第几次的答题详情，用于同一道题发送了多次的情况，从题目列表中获取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页号，默认为1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每页条数，默认为20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成功</w:t>
        <w:br/>
        <w:t>{</w:t>
        <w:br/>
        <w:t xml:space="preserve">  "code": 200,</w:t>
        <w:br/>
        <w:t xml:space="preserve">  "status": "success",</w:t>
        <w:br/>
        <w:t xml:space="preserve">  "message": null,</w:t>
        <w:br/>
        <w:t xml:space="preserve">  "data": {</w:t>
        <w:br/>
        <w:t xml:space="preserve">    "endRow": 2,</w:t>
        <w:br/>
        <w:t xml:space="preserve">    "contents": [</w:t>
        <w:br/>
        <w:t xml:space="preserve">      {</w:t>
        <w:br/>
        <w:t xml:space="preserve">        "questionId": "text",</w:t>
        <w:br/>
        <w:t xml:space="preserve">        "costTime": 60,</w:t>
        <w:br/>
        <w:t xml:space="preserve">        "viewerId": "",</w:t>
        <w:br/>
        <w:t xml:space="preserve">        "submitTime": 6,</w:t>
        <w:br/>
        <w:t xml:space="preserve">        "nickname": "",</w:t>
        <w:br/>
        <w:t xml:space="preserve">        "submitTimeFormat": "text",</w:t>
        <w:br/>
        <w:t xml:space="preserve">        "channelId": 3,</w:t>
        <w:br/>
        <w:t xml:space="preserve">        "times": 1,</w:t>
        <w:br/>
        <w:t xml:space="preserve">        "answer": "",</w:t>
        <w:br/>
        <w:t xml:space="preserve">        "sessionId": "text",</w:t>
        <w:br/>
        <w:t xml:space="preserve">        "costTimeFormat": "",</w:t>
        <w:br/>
        <w:t xml:space="preserve">        "viewerAnswer": "",</w:t>
        <w:br/>
        <w:t xml:space="preserve">        "type": "",</w:t>
        <w:br/>
        <w:t xml:space="preserve">        "correct": "N",</w:t>
        <w:br/>
        <w:t xml:space="preserve">        "name": ""</w:t>
        <w:br/>
        <w:t xml:space="preserve">      }</w:t>
        <w:br/>
        <w:t xml:space="preserve">    "firstPage": false,</w:t>
        <w:br/>
        <w:t xml:space="preserve">    "lastPage": true,</w:t>
        <w:br/>
        <w:t xml:space="preserve">    "limit": 0,</w:t>
        <w:br/>
        <w:t xml:space="preserve">    "nextPageNumber": 0,</w:t>
        <w:br/>
        <w:t xml:space="preserve">    "offset": 7,</w:t>
        <w:br/>
        <w:t xml:space="preserve">    "pageNumber": 1,</w:t>
        <w:br/>
        <w:t xml:space="preserve">    "pageSize": 0,</w:t>
        <w:br/>
        <w:t xml:space="preserve">    "prePageNumber": 7,</w:t>
        <w:br/>
        <w:t xml:space="preserve">    "startRow": 4,</w:t>
        <w:br/>
        <w:t xml:space="preserve">    "totalItems": 0,</w:t>
        <w:br/>
        <w:t xml:space="preserve">    "totalPages": 9,</w:t>
        <w:br/>
        <w:t xml:space="preserve">    "nulla5af": 58983375</w:t>
        <w:br/>
        <w:t xml:space="preserve">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当前页第一条记录所在列表中的位置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当前页最后一条记录所在列表中的位置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data.contents[0].viewerId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data.contents[0].nickname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题目类型("R":单选,"C"：多选，"S": 评分, "Q": 问答, "V": 投票)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data.contents[0].questionId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问题答案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data.contents[0].correct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是否正确，Y 正常，N 不正确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data.contents[0].viewerAnswer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同一道题发送多次，区分不同次数的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data.contents[0].submitTime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答题时间，时间戳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data.contents[0].submitTimeFormat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格式化的答题时间，格式为：yyyy/MM/dd HH:mm:ss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data.contents[0].costTime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答题耗时，单位秒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data.contents[0].costTimeFormat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格式化的答题耗时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$params = array(</w:t>
        <w:br/>
        <w:tab/>
        <w:t>'appId' =&gt; $appId,</w:t>
        <w:br/>
        <w:tab/>
        <w:t>'timestamp' =&gt; $timestamp,</w:t>
        <w:br/>
        <w:tab/>
        <w:t>'channelId' =&gt; 108888,</w:t>
        <w:br/>
        <w:tab/>
        <w:t>'questionId' =&gt; "zxcvbnm",</w:t>
        <w:br/>
        <w:tab/>
        <w:t>'times' =&gt; 1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"https://api.polyv.net/live/v3/channel/question/answer-record/list-by-page?".http_build_query($params);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分页获取答题卡的答题观众列表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