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获取账单列表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http://api.polyv.net/live/v3/finance/bill/list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分页获取帐号日账单列表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接口支持https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开发者账号下的appId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13位当前时间的时间戳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账单类型，live：云直播，mic：连麦 , 默认：live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第几页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每页大小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结束时间，格式：YYYY-MM-DD</w:t>
            </w:r>
          </w:p>
        </w:tc>
      </w:tr>
    </w:tbl>
    <w:p>
      <w:pPr>
        <w:spacing w:after="40"/>
      </w:pPr>
    </w:p>
    <w:p>
      <w:pPr>
        <w:pStyle w:val="Heading2"/>
      </w:pPr>
      <w:r>
        <w:t>返回正确结果JSON示例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"pageSize": 2,</w:t>
        <w:br/>
        <w:t xml:space="preserve">        "pageNumber": 1,</w:t>
        <w:br/>
        <w:t xml:space="preserve">        "totalItems": 78,</w:t>
        <w:br/>
        <w:t xml:space="preserve">        "contents": [</w:t>
        <w:br/>
        <w:t xml:space="preserve">            {</w:t>
        <w:br/>
        <w:t xml:space="preserve">                "userId": "ee7fe7fbda",</w:t>
        <w:br/>
        <w:t xml:space="preserve">                "inmonth": "2020-03",</w:t>
        <w:br/>
        <w:t xml:space="preserve">                "currentDay": "2020-03-25",</w:t>
        <w:br/>
        <w:t xml:space="preserve">                "total": 1,</w:t>
        <w:br/>
        <w:t xml:space="preserve">                "billingType": "duration",</w:t>
        <w:br/>
        <w:t xml:space="preserve">                "email": "moshunwei@polyv.net",</w:t>
        <w:br/>
        <w:t xml:space="preserve">                "unit": "分钟",</w:t>
        <w:br/>
        <w:t xml:space="preserve">                "consumerType": "后付费",</w:t>
        <w:br/>
        <w:t xml:space="preserve">                "productType": "云直播"</w:t>
        <w:br/>
        <w:t xml:space="preserve">            },</w:t>
        <w:br/>
        <w:t xml:space="preserve">            {</w:t>
        <w:br/>
        <w:t xml:space="preserve">                "userId": "ee7fe7fbda",</w:t>
        <w:br/>
        <w:t xml:space="preserve">                "inmonth": "2020-03",</w:t>
        <w:br/>
        <w:t xml:space="preserve">                "currentDay": "2020-03-24",</w:t>
        <w:br/>
        <w:t xml:space="preserve">                "total": 40,</w:t>
        <w:br/>
        <w:t xml:space="preserve">                "billingType": "duration",</w:t>
        <w:br/>
        <w:t xml:space="preserve">                "email": "moshunwei@polyv.net",</w:t>
        <w:br/>
        <w:t xml:space="preserve">                "unit": "分钟",</w:t>
        <w:br/>
        <w:t xml:space="preserve">                "consumerType": "后付费",</w:t>
        <w:br/>
        <w:t xml:space="preserve">                "productType": "云直播"</w:t>
        <w:br/>
        <w:t xml:space="preserve">            }</w:t>
        <w:br/>
        <w:t xml:space="preserve">        ],</w:t>
        <w:br/>
        <w:t xml:space="preserve">        "startRow": 1,</w:t>
        <w:br/>
        <w:t xml:space="preserve">        "firstPage": true,</w:t>
        <w:br/>
        <w:t xml:space="preserve">        "lastPage": false,</w:t>
        <w:br/>
        <w:t xml:space="preserve">        "nextPageNumber": 2,</w:t>
        <w:br/>
        <w:t xml:space="preserve">        "prePageNumber": 1,</w:t>
        <w:br/>
        <w:t xml:space="preserve">        "limit": 2,</w:t>
        <w:br/>
        <w:t xml:space="preserve">        "totalPages": 39,</w:t>
        <w:br/>
        <w:t xml:space="preserve">        "endRow": 2,</w:t>
        <w:br/>
        <w:t xml:space="preserve">        "offset": 0</w:t>
        <w:br/>
        <w:t xml:space="preserve">  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非法账单类型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bill type",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接口请求状态码，200表示成功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接口请求状态，"success"表示成功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请求失败时返回的错误信息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Paginator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账单的分页结果</w:t>
            </w:r>
          </w:p>
        </w:tc>
      </w:tr>
    </w:tbl>
    <w:p>
      <w:pPr>
        <w:spacing w:after="40"/>
      </w:pPr>
    </w:p>
    <w:p>
      <w:pPr>
        <w:pStyle w:val="Heading3"/>
      </w:pPr>
      <w:r>
        <w:t>数据对象字段说明</w:t>
      </w:r>
    </w:p>
    <w:p>
      <w:pPr>
        <w:pStyle w:val="Heading3"/>
      </w:pPr>
      <w:r>
        <w:t>Paginator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说明：抽奖记录的分页结果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当前页第一条记录在总记录中的位置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当前页最后一个记录在总记录中的位置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当前页记录个数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账单列表</w:t>
            </w:r>
          </w:p>
        </w:tc>
      </w:tr>
    </w:tbl>
    <w:p>
      <w:pPr>
        <w:spacing w:after="40"/>
      </w:pPr>
    </w:p>
    <w:p>
      <w:pPr>
        <w:pStyle w:val="Heading3"/>
      </w:pPr>
      <w:r>
        <w:t>BillDailyModel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说明：抽奖记录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用户userId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inmonth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消费日期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使用分钟数，单位分钟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billingType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账单类型，live：云直播，mic：连麦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邮箱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consumerType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计费项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产品项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t>$type = "mic";</w:t>
        <w:br/>
        <w:t>$params = array(</w:t>
        <w:br/>
        <w:t xml:space="preserve">        'appId'=&gt;$appId,</w:t>
        <w:br/>
        <w:t xml:space="preserve">        'type'=&gt;$type,</w:t>
        <w:br/>
        <w:t xml:space="preserve">        'timestamp'=&gt;$timestamp</w:t>
        <w:br/>
        <w:t xml:space="preserve">    );</w:t>
        <w:br/>
        <w:br/>
        <w:t>//生成sign</w:t>
        <w:br/>
        <w:t>$sign = getSign($params); //详细查看config.php文件</w:t>
        <w:br/>
        <w:t>$params['sign'] = $sign;</w:t>
        <w:br/>
        <w:t>$url="http://api.polyv.net/live/v3/finance/bill/list?".http_build_query($params);</w:t>
        <w:br/>
        <w:t>echo "&lt;script&gt;window.location.href='$url'&lt;/script&gt;";</w:t>
        <w:br/>
        <w:t>?&gt;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获取账单列表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