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获取直播监控信息接口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https://api.polyv.net/live/v3/channel/monitor/get-info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1、作用：用于获取直播监控信息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{</w:t>
        <w:br/>
        <w:t xml:space="preserve">  </w:t>
        <w:tab/>
        <w:t>"userId": "xxxxx",</w:t>
        <w:br/>
        <w:t xml:space="preserve">    "status": "N",</w:t>
        <w:br/>
        <w:t xml:space="preserve">    "banPush": "N",</w:t>
        <w:br/>
        <w:t xml:space="preserve">    "scene": "alone",</w:t>
        <w:br/>
        <w:t xml:space="preserve">    "debugEnabled": "N",</w:t>
        <w:br/>
        <w:t xml:space="preserve">    "marqueeEnabled": "Y",</w:t>
        <w:br/>
        <w:t xml:space="preserve">    "consultingMenuEnabled": "Y",</w:t>
        <w:br/>
        <w:t xml:space="preserve">    "cdnType": "uc",</w:t>
        <w:br/>
        <w:t xml:space="preserve">    "sign": "xxxxxxxxxxxxxxxxxxxxxxxxxxx",</w:t>
        <w:br/>
        <w:t xml:space="preserve">    "roomIds": "",</w:t>
        <w:br/>
        <w:t xml:space="preserve">    "roomSign": "xxxxxxxxxxxxxxxxxxxxxxxxxxxx",</w:t>
        <w:br/>
        <w:t xml:space="preserve">    "chatTranslateEnabled": "Y",</w:t>
        <w:br/>
        <w:t xml:space="preserve">    "showCustomMessageEnabled": "Y",</w:t>
        <w:br/>
        <w:t xml:space="preserve">    "chatAdmin": {</w:t>
        <w:br/>
        <w:t xml:space="preserve">      "channelId": xxxxxx,</w:t>
        <w:br/>
        <w:t xml:space="preserve">      "type": "admin",</w:t>
        <w:br/>
        <w:t xml:space="preserve">      "nickname": "管理员",</w:t>
        <w:br/>
        <w:t xml:space="preserve">      "actor": "管理员",</w:t>
        <w:br/>
        <w:t xml:space="preserve">      "avatar": "//s1.videocc.net/face.png",</w:t>
        <w:br/>
        <w:t xml:space="preserve">      "createdTime": 1588678231000,</w:t>
        <w:br/>
        <w:t xml:space="preserve">      "lastModified": 1588678231000</w:t>
        <w:br/>
        <w:t xml:space="preserve">    },</w:t>
        <w:br/>
        <w:t xml:space="preserve">    "chatToken": "xxxxxxxxxxxxxxxxxxxxxxxxxxxxx",</w:t>
        <w:br/>
        <w:t xml:space="preserve">    "chatEnabled": "Y"</w:t>
        <w:br/>
        <w:t xml:space="preserve">  }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当前是否是直播状态（Y/N）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data.banPush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是否是禁止推流状态（Y/N）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当前直播场景 （"alone" : 普通直播；"topclass" : 大班课；"ppt" : 三分屏 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data.debugEnabled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是否开启了调试模式（Y/N）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跑马灯开关（Y/N）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data.cdnType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cdn类型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频道号房间聊天室sign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data.roomIds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多房间ID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data.roomSign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多房间聊天室sign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data.chatTranslateEnabled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聊天室翻译开关（Y/N）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data.showCustomMessageEnabled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是否展示自定义消息开关（Y/N）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聊天室token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聊天室管理员信息对象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聊天室对应频道号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聊天室角色类型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data.chatAdmin.lastModified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聊天室管理员更新时间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$params = array(</w:t>
        <w:br/>
        <w:t xml:space="preserve">        'appId'=&gt;$appId,</w:t>
        <w:br/>
        <w:t xml:space="preserve">        'channelId'=&gt;$channelId,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$url="https://api.polyv.net/live/v3/channel/monitor/get-info?".http_build_query($params);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获取直播监控信息接口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