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重制课件参数设置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https://api.polyv.net/live/v3/channel/pptRecord/setting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1、接口用于设置重制课件参数</w:t>
        <w:br/>
        <w:t>2、接口支持https</w:t>
      </w:r>
    </w:p>
    <w:p>
      <w:pPr>
        <w:pStyle w:val="Heading2"/>
      </w:pPr>
      <w:r>
        <w:t>支持格式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请求数限制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13位当前毫秒级时间戳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globalSettingEnabled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是否使用通用设置，Y是，N否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视频布局方式，0.三分屏、1.纯文档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videoRatio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摄像头画面比例，新版重制有效，默认0，0表示16:9、1表示4:3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brandImgFile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展示图片，新版重制有效，摄像头画面比例为16:9时尺寸为480X810，摄像头画面比例为4:3时尺寸为480X720,支持jpg和png格式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backgroundImgFile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背景图片，旧版重制有效，尺寸为1280X720,支持jpg和png格式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"result": true</w:t>
        <w:br/>
        <w:t xml:space="preserve">    }</w:t>
        <w:br/>
        <w:t>}</w:t>
      </w:r>
    </w:p>
    <w:p>
      <w:pPr>
        <w:pStyle w:val="Heading2"/>
      </w:pPr>
      <w:r>
        <w:t>响应字段说明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状态码,成功为200，签名失败为403，参数错误为400，服务端错误为500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成功为success,错误时为error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成功为""，错误时为错误描述信息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响应数据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data.result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处理结果, true成功</w:t>
            </w:r>
          </w:p>
        </w:tc>
      </w:tr>
    </w:tbl>
    <w:p>
      <w:pPr>
        <w:spacing w:after="40"/>
      </w:pP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"param validate error",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非法频道号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"illegal channel id: %s",</w:t>
        <w:br/>
        <w:t xml:space="preserve">    "data": ""</w:t>
        <w:br/>
        <w:t>}</w:t>
      </w:r>
    </w:p>
    <w:p>
      <w:pPr>
        <w:pStyle w:val="Heading2"/>
      </w:pPr>
      <w:r>
        <w:t>java请求示例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void testAddRecordTask() {</w:t>
        <w:br/>
        <w:t xml:space="preserve">        String url = "https://api.polyv.net/live/v3/channel/pptRecord/setting";</w:t>
        <w:br/>
        <w:t xml:space="preserve">        // appId和加密串</w:t>
        <w:br/>
        <w:t xml:space="preserve">        String appId = "xxxxxxx";</w:t>
        <w:br/>
        <w:t xml:space="preserve">        String appSecret = "xxxxxxxxxxxxxxxxxx";</w:t>
        <w:br/>
        <w:tab/>
        <w:tab/>
        <w:t>int channelId = 123;</w:t>
        <w:br/>
        <w:t xml:space="preserve">        Map&lt;String, String&gt; params = new HashMap&lt;&gt;();</w:t>
        <w:br/>
        <w:t xml:space="preserve">        params.put("channelId", String.valueOf(channelId));</w:t>
        <w:br/>
        <w:tab/>
        <w:tab/>
        <w:t>params.put("globalSettingEnabled", "N");</w:t>
        <w:br/>
        <w:tab/>
        <w:tab/>
        <w:t>params.put("type", "0");</w:t>
        <w:br/>
        <w:tab/>
        <w:tab/>
        <w:t>params.put("videoRatio", "0");</w:t>
        <w:br/>
        <w:t xml:space="preserve">        // 调用Polyv的工具类方法设置sign</w:t>
        <w:br/>
        <w:t xml:space="preserve">        PolyvTool.setLiveSign(params, appId, appSecret);</w:t>
        <w:br/>
        <w:t xml:space="preserve">        String content = HttpClientUtil.getInstance()</w:t>
        <w:br/>
        <w:t xml:space="preserve">                .sendHttpPost(url, params);</w:t>
        <w:br/>
        <w:t xml:space="preserve">        System.out.println(content);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重制课件参数设置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