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分页查询用户观看日志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https://api.polyv.net/live/v3/user/statistics/viewlog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1、作用：分页获取用户的观看日志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返回结果支持格式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 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查询开始时间，格式:yyyy-MM-dd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 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查询结束时间，格式:yyyy-MM-dd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如果查询一段时间的记录，可以传：startDate、endDate （startDate和endDate 必须在同一个月）；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"totalItems": 3,</w:t>
        <w:br/>
        <w:t xml:space="preserve">        "contents": [</w:t>
        <w:br/>
        <w:t>{</w:t>
        <w:br/>
        <w:t>"playId": "1520501687122X1438160",</w:t>
        <w:br/>
        <w:t>"userId": "1c6dc3c666",</w:t>
        <w:br/>
        <w:t>"channelId": 151462,</w:t>
        <w:br/>
        <w:t>"playDuration": 341,</w:t>
        <w:br/>
        <w:t>"stayDuration": 361,</w:t>
        <w:br/>
        <w:t>"flowSize": 10028116,</w:t>
        <w:br/>
        <w:t>"sessionId": "eyz0awxrlh",</w:t>
        <w:br/>
        <w:t>"param1": "1520499775580",</w:t>
        <w:br/>
        <w:t>"param2": "广州观众/78614",</w:t>
        <w:br/>
        <w:t>"param3": "live",</w:t>
        <w:br/>
        <w:t>"param4": "",</w:t>
        <w:br/>
        <w:t>"param5": "",</w:t>
        <w:br/>
        <w:t>"ipAddress": "59.42.41.1",</w:t>
        <w:br/>
        <w:t>"country": "中国",</w:t>
        <w:br/>
        <w:t>"province": "广东",</w:t>
        <w:br/>
        <w:t>"city": "广州",</w:t>
        <w:br/>
        <w:t>"isp": "/南沙区电信",</w:t>
        <w:br/>
        <w:t>"referer": "https://live.polyv.cn/watch/151462",</w:t>
        <w:br/>
        <w:t>"userAgent": "Mozilla/5.0 (Macintosh; Intel Mac OS X 10_13_3) AppleWebKit/537.36 (KHTML, like Gecko) Chrome/64.0.3282.186 Safari/537.36",</w:t>
        <w:br/>
        <w:t>"operatingSystem": "Mac OS X",</w:t>
        <w:br/>
        <w:t>"browser": "Chrome",</w:t>
        <w:br/>
        <w:t>"isMobile": "N",</w:t>
        <w:br/>
        <w:t>"currentDay": "2018-03-08",</w:t>
        <w:br/>
        <w:t>"createdTime": 1520501705000,</w:t>
        <w:br/>
        <w:t>"lastModified": 1520504494000</w:t>
        <w:br/>
        <w:t>},</w:t>
        <w:br/>
        <w:t>{</w:t>
        <w:br/>
        <w:t>"playId": "1520501157256X1429802",</w:t>
        <w:br/>
        <w:t>"userId": "1c6dc3c666",</w:t>
        <w:br/>
        <w:t>"channelId": 151462,</w:t>
        <w:br/>
        <w:t>"playDuration": 29,</w:t>
        <w:br/>
        <w:t>"stayDuration": 528,</w:t>
        <w:br/>
        <w:t>"flowSize": 1068201,</w:t>
        <w:br/>
        <w:t>"sessionId": "eyz0awxrlh",</w:t>
        <w:br/>
        <w:t>"param1": "1520499775580",</w:t>
        <w:br/>
        <w:t>"param2": "广州观众/78614",</w:t>
        <w:br/>
        <w:t>"param3": "live",</w:t>
        <w:br/>
        <w:t>"param4": "",</w:t>
        <w:br/>
        <w:t>"param5": "",</w:t>
        <w:br/>
        <w:t>"ipAddress": "59.42.41.1",</w:t>
        <w:br/>
        <w:t>"country": "中国",</w:t>
        <w:br/>
        <w:t>"province": "广东",</w:t>
        <w:br/>
        <w:t>"city": "广州",</w:t>
        <w:br/>
        <w:t>"isp": "/南沙区电信",</w:t>
        <w:br/>
        <w:t>"referer": "https://live.polyv.cn/watch/151462",</w:t>
        <w:br/>
        <w:t>"userAgent": "Mozilla/5.0 (Macintosh; Intel Mac OS X 10_13_3) AppleWebKit/537.36 (KHTML, like Gecko) Chrome/64.0.3282.186 Safari/537.36",</w:t>
        <w:br/>
        <w:t>"operatingSystem": "Mac OS X",</w:t>
        <w:br/>
        <w:t>"browser": "Chrome",</w:t>
        <w:br/>
        <w:t>"isMobile": "N",</w:t>
        <w:br/>
        <w:t>"currentDay": "2018-03-08",</w:t>
        <w:br/>
        <w:t>"createdTime": 1520501664000,</w:t>
        <w:br/>
        <w:t>"lastModified": 1520504494000</w:t>
        <w:br/>
        <w:t>},</w:t>
        <w:br/>
        <w:t xml:space="preserve">            {</w:t>
        <w:br/>
        <w:t>"playId": "1520500551108X1714565",</w:t>
        <w:br/>
        <w:t>"userId": "1c6dc3c666",</w:t>
        <w:br/>
        <w:t>"channelId": 151462,</w:t>
        <w:br/>
        <w:t>"playDuration": 18,</w:t>
        <w:br/>
        <w:t>"stayDuration": 20,</w:t>
        <w:br/>
        <w:t>"flowSize": 3048444,</w:t>
        <w:br/>
        <w:t>"sessionId": "eyz0awxrlh",</w:t>
        <w:br/>
        <w:t>"param1": "1520499775580",</w:t>
        <w:br/>
        <w:t>"param2": "广州观众/78614",</w:t>
        <w:br/>
        <w:t>"param3": "live",</w:t>
        <w:br/>
        <w:t>"param4": "",</w:t>
        <w:br/>
        <w:t>"param5": "",</w:t>
        <w:br/>
        <w:t>"ipAddress": "59.42.40.205",</w:t>
        <w:br/>
        <w:t>"country": "中国",</w:t>
        <w:br/>
        <w:t>"province": "广东",</w:t>
        <w:br/>
        <w:t>"city": "广州",</w:t>
        <w:br/>
        <w:t>"isp": "/南沙区电信",</w:t>
        <w:br/>
        <w:t>"referer": "https://live.polyv.cn/watch/151462",</w:t>
        <w:br/>
        <w:t>"userAgent": "Mozilla/5.0 (Macintosh; Intel Mac OS X 10_13_3) AppleWebKit/537.36 (KHTML, like Gecko) Chrome/64.0.3282.186 Safari/537.36",</w:t>
        <w:br/>
        <w:t>"operatingSystem": "Mac OS X",</w:t>
        <w:br/>
        <w:t>"browser": "Chrome",</w:t>
        <w:br/>
        <w:t>"isMobile": "N",</w:t>
        <w:br/>
        <w:t>"currentDay": "2018-03-08",</w:t>
        <w:br/>
        <w:t>"createdTime": 1520500572000,</w:t>
        <w:br/>
        <w:t>"lastModified": 1520503294000</w:t>
        <w:br/>
        <w:t>}</w:t>
        <w:br/>
        <w:t xml:space="preserve">        ],</w:t>
        <w:br/>
        <w:t xml:space="preserve">        "endRow": 3,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"nextPageNumber": 1,</w:t>
        <w:br/>
        <w:t xml:space="preserve">        "prePageNumber": 1,</w:t>
        <w:br/>
        <w:t xml:space="preserve">        "totalPages": 1,</w:t>
        <w:br/>
        <w:t xml:space="preserve">        "limit": 3,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查询的开始和结束时间有为空的情况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"startDate and endDate can not be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查询的开始时间大于结束时间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"startDate can not great endDate.",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查询的时间跨月了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"unable cross month query",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非法的频道ID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channelId.",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观看类型：取值 live(直播)、vod(回放)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param4/5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   (格式为：yyyy-MM-dd)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当前页视频个数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$startDate = "2020-03-12";</w:t>
        <w:br/>
        <w:t>$endDate = "2020-03-30";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'startDate'=&gt;$startDate,</w:t>
        <w:br/>
        <w:tab/>
        <w:t>'endDate'=&gt;$endDate,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"http://api.polyv.net/live/v3/user/statistics/viewlog?appId=$appId&amp;startDate=startDate&amp;endDate=endDate&amp;page=$page&amp;pageSize=$pageSize&amp;timestamp=$timestamp&amp;sign=$sign";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分页查询用户观看日志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