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批量创建转播子频道接口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http://api.polyv.net/live/v3/channel/transmit/batch-create</w:t>
      </w:r>
    </w:p>
    <w:p>
      <w:pPr>
        <w:pStyle w:val="Heading2"/>
      </w:pPr>
      <w:r>
        <w:t>接口说明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1、批量创建转播子频道</w:t>
        <w:br/>
        <w:t>2、一次性最大支持创建100个子频道，转播子频道上限500个</w:t>
        <w:br/>
        <w:t>3、接口支持https</w:t>
      </w:r>
    </w:p>
    <w:p>
      <w:pPr>
        <w:pStyle w:val="Heading2"/>
      </w:pPr>
      <w:r>
        <w:t>支持格式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JSON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请求数限制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TRUE</w:t>
      </w:r>
    </w:p>
    <w:p>
      <w:pPr>
        <w:pStyle w:val="Heading2"/>
      </w:pPr>
      <w:r>
        <w:t>请求参数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从API设置中获取，在直播系统登记的appId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发起转播频道号</w:t>
            </w:r>
          </w:p>
        </w:tc>
      </w:tr>
    </w:tbl>
    <w:p>
      <w:pPr>
        <w:spacing w:after="40"/>
      </w:pPr>
    </w:p>
    <w:p>
      <w:pPr>
        <w:pStyle w:val="Heading2"/>
      </w:pPr>
      <w:r>
        <w:t>请求体body参数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请求body中的参数为字符串数组，字符串名称为将要创建接收转播的频道名称，最多一次创建支持100个频道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上面的请求参数需要放在query或者表单中，请求体参数需要放在请求体中，不支持放在表单或者query参数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[</w:t>
        <w:br/>
        <w:tab/>
        <w:t>"接收转播频道01",</w:t>
        <w:br/>
        <w:tab/>
        <w:t>"接收转播频道02",</w:t>
        <w:br/>
        <w:tab/>
        <w:t>"接收转播频道03",</w:t>
        <w:br/>
        <w:tab/>
        <w:t>"接收转播频道04"</w:t>
        <w:br/>
        <w:t>]</w:t>
      </w:r>
    </w:p>
    <w:p>
      <w:pPr>
        <w:pStyle w:val="Heading2"/>
      </w:pPr>
      <w:r>
        <w:t>响应成功JSON示例：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"message": "",</w:t>
        <w:br/>
        <w:t xml:space="preserve">    "data": [</w:t>
        <w:br/>
        <w:t xml:space="preserve">        {</w:t>
        <w:br/>
        <w:t xml:space="preserve">            "channelId": 2041139,</w:t>
        <w:br/>
        <w:t xml:space="preserve">            "name": "接收转播频道01",</w:t>
        <w:br/>
        <w:t xml:space="preserve">            "channelPasswd": "xxxx",</w:t>
        <w:br/>
        <w:t xml:space="preserve">            "authType": "none",</w:t>
        <w:br/>
        <w:t xml:space="preserve">            "streamType": "client",</w:t>
        <w:br/>
        <w:t xml:space="preserve">            "debugEnabled": "N",</w:t>
        <w:br/>
        <w:t xml:space="preserve">            "playBackEnabled": "Y",</w:t>
        <w:br/>
        <w:t xml:space="preserve">            "stream": "ee7fe7fbda1607414643915af33",</w:t>
        <w:br/>
        <w:t xml:space="preserve">            "status": "客户端推流/直播结束",</w:t>
        <w:br/>
        <w:t xml:space="preserve">            "categoryId": 177474,</w:t>
        <w:br/>
        <w:t xml:space="preserve">            "categoryName": "默认分类",</w:t>
        <w:br/>
        <w:t xml:space="preserve">            "isSmallClass": "N",</w:t>
        <w:br/>
        <w:t xml:space="preserve">            "scene": "ppt",</w:t>
        <w:br/>
        <w:t xml:space="preserve">            "createdTime": 1607414644000,</w:t>
        <w:br/>
        <w:t xml:space="preserve">            "appId": null,</w:t>
        <w:br/>
        <w:t xml:space="preserve">            "coverImage": null,</w:t>
        <w:br/>
        <w:t xml:space="preserve">            "type": "receive",</w:t>
        <w:br/>
        <w:t xml:space="preserve">            "startTime": 1598630400000,</w:t>
        <w:br/>
        <w:t xml:space="preserve">            "publisher": "666666",</w:t>
        <w:br/>
        <w:t xml:space="preserve">            "channelLogo": null,</w:t>
        <w:br/>
        <w:t xml:space="preserve">            "splashImg": null,</w:t>
        <w:br/>
        <w:t xml:space="preserve">            "splashEnabled": "Y",</w:t>
        <w:br/>
        <w:t xml:space="preserve">            "pureRtcEnabled": "N",</w:t>
        <w:br/>
        <w:t xml:space="preserve">            "watchTimes": null,</w:t>
        <w:br/>
        <w:t xml:space="preserve">            "roomIds": null</w:t>
        <w:br/>
        <w:t xml:space="preserve">        },</w:t>
        <w:br/>
        <w:t xml:space="preserve">        {</w:t>
        <w:br/>
        <w:t xml:space="preserve">            "channelId": 2041140,</w:t>
        <w:br/>
        <w:t xml:space="preserve">            "name": "接收转播频道02",</w:t>
        <w:br/>
        <w:t xml:space="preserve">            "channelPasswd": "xxxx",</w:t>
        <w:br/>
        <w:t xml:space="preserve">            "authType": "none",</w:t>
        <w:br/>
        <w:t xml:space="preserve">            "streamType": "client",</w:t>
        <w:br/>
        <w:t xml:space="preserve">            "debugEnabled": "N",</w:t>
        <w:br/>
        <w:t xml:space="preserve">            "playBackEnabled": "Y",</w:t>
        <w:br/>
        <w:t xml:space="preserve">            "stream": "ee7fe7fbda160741464391432a6",</w:t>
        <w:br/>
        <w:t xml:space="preserve">            "status": "客户端推流/直播结束",</w:t>
        <w:br/>
        <w:t xml:space="preserve">            "categoryId": 177474,</w:t>
        <w:br/>
        <w:t xml:space="preserve">            "categoryName": "默认分类",</w:t>
        <w:br/>
        <w:t xml:space="preserve">            "isSmallClass": "N",</w:t>
        <w:br/>
        <w:t xml:space="preserve">            "scene": "ppt",</w:t>
        <w:br/>
        <w:t xml:space="preserve">            "createdTime": 1607414644000,</w:t>
        <w:br/>
        <w:t xml:space="preserve">            "appId": null,</w:t>
        <w:br/>
        <w:t xml:space="preserve">            "coverImage": null,</w:t>
        <w:br/>
        <w:t xml:space="preserve">            "type": "receive",</w:t>
        <w:br/>
        <w:t xml:space="preserve">            "startTime": 1598630400000,</w:t>
        <w:br/>
        <w:t xml:space="preserve">            "publisher": "666666",</w:t>
        <w:br/>
        <w:t xml:space="preserve">            "channelLogo": null,</w:t>
        <w:br/>
        <w:t xml:space="preserve">            "splashImg": null,</w:t>
        <w:br/>
        <w:t xml:space="preserve">            "splashEnabled": "Y",</w:t>
        <w:br/>
        <w:t xml:space="preserve">            "pureRtcEnabled": "N",</w:t>
        <w:br/>
        <w:t xml:space="preserve">            "watchTimes": null,</w:t>
        <w:br/>
        <w:t xml:space="preserve">            "roomIds": null</w:t>
        <w:br/>
        <w:t xml:space="preserve">        }</w:t>
        <w:br/>
        <w:t xml:space="preserve">    ]</w:t>
        <w:br/>
        <w:t>}</w:t>
      </w:r>
    </w:p>
    <w:p>
      <w:pPr>
        <w:pStyle w:val="Heading2"/>
      </w:pPr>
      <w:r>
        <w:t>响应失败JSON示例：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未输入appId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"appId is required.",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appId不正确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"application not found.",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时间戳错误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timestamp.",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签名错误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非法频道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403,</w:t>
        <w:br/>
        <w:t xml:space="preserve">    "status": "error",</w:t>
        <w:br/>
        <w:t xml:space="preserve">    "message": "illegal channel id: 1779742",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请求体没有参数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"request body is not empty or lost params",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请求体数组超过100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"param length is incorrect:body array size",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转播子频道超过500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"transmit channel number limit: 500",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未开通转播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"access forbidden",</w:t>
        <w:br/>
        <w:t xml:space="preserve">    "data": ""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频道数超过上限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"channel count reached the limit",</w:t>
        <w:br/>
        <w:t xml:space="preserve">    "data": ""</w:t>
        <w:br/>
        <w:t>}</w:t>
      </w:r>
    </w:p>
    <w:p>
      <w:pPr>
        <w:pStyle w:val="Heading2"/>
      </w:pPr>
      <w:r>
        <w:t>字段说明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响应代码，成功为200，失败为400，签名错误为401，异常错误500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成功为success，失败为error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错误时为错误提示消息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响应结果集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data[0].channelId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data[0].channelPasswd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频道密码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data[0].authType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频道校验类型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data[0].playBackEnabled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频道是否开启回放，Y:开启，N:关闭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data[0].streamType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频道推流方式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data[0].debugEnabled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频道是否开启调试，Y:开启，N:关闭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data[0].stream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频道流名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data[0].categoryId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频道所在目录Id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data[0].categoryName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频道所在目录名称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data[0].isSmallClass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频道是否为小班课，Y:开启，N:关闭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data[0].scene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频道场景，ppt:三分屏，alone:活动直播，topclass:大班课,seminar:研讨会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data[0].createdTime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频道创建时间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暂时不返回:null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data[0].coverImage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频道封面图片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频道类型，transmit：发起转播，normal：普通的频道，receive：接收转播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data[0].startTime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频道开始时间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data[0].publisher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频道主持人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data[0].channelLogo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暂时不返回:null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data[0].splashImg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频道引导图图片地址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data[0].splashEnabled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频道引导图开关，Y:开启，N:关闭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data[0].pureRtcEnabled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频道无延迟直播开关，Y:开启，N:关闭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data[0].watchTimes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暂时不返回:null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data[0].roomIds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频道分房间信息，没有为null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public static void main(String[] args) {</w:t>
        <w:br/>
        <w:t xml:space="preserve">        String url = "http://api.polyv.net/live/v3/channel/transmit/batch-create";</w:t>
        <w:br/>
        <w:t xml:space="preserve">        // 用户对应的appId和加密串</w:t>
        <w:br/>
        <w:t xml:space="preserve">        String appId = "xxxxxxxxx";</w:t>
        <w:br/>
        <w:t xml:space="preserve">        String appSecret = "xxxxxxxxxxxxxxxxxxxxxxxxxx";</w:t>
        <w:br/>
        <w:t xml:space="preserve">        Map&lt;String, String&gt; params = new HashMap&lt;&gt;();</w:t>
        <w:br/>
        <w:tab/>
        <w:tab/>
        <w:t>params.put("channelId", "0000000");</w:t>
        <w:br/>
        <w:t xml:space="preserve">        PolyvTool.setLiveSign(params, appId, appSecret);</w:t>
        <w:br/>
        <w:t xml:space="preserve">        // 调用Polyv的httpClient工具类发送请求</w:t>
        <w:br/>
        <w:t xml:space="preserve">        String body = "[\"接收转播频道01\",\"接收转播频道02\"]";</w:t>
        <w:br/>
        <w:t xml:space="preserve">        // 调用Polyv的httpClient工具类发送请求</w:t>
        <w:br/>
        <w:t xml:space="preserve">        String content = HttpClientUtil.getInstance()</w:t>
        <w:br/>
        <w:t xml:space="preserve">                .sendHttpPostJson(url + "?" + PolyvTool.mapJoinNotEncode(params), body, null);</w:t>
        <w:br/>
        <w:t xml:space="preserve">        System.out.println(content);</w:t>
        <w:br/>
        <w:t xml:space="preserve">    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批量创建转播子频道接口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