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分页获取简单频道信息列表接口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http://api.polyv.net/live/v3/channel/management/query-list-sample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1、分页获取简单频道列表信息接口</w:t>
        <w:br/>
        <w:t>2、每页数据最大100个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频道号,多个以英文逗号分割开，如：100001,100002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1,</w:t>
        <w:br/>
        <w:t xml:space="preserve">        "pageNumber": 1,</w:t>
        <w:br/>
        <w:t xml:space="preserve">        "totalItems": 129,</w:t>
        <w:br/>
        <w:t xml:space="preserve">        "contents": [</w:t>
        <w:br/>
        <w:t xml:space="preserve">            {</w:t>
        <w:br/>
        <w:t xml:space="preserve">                "channelId": 128457,</w:t>
        <w:br/>
        <w:t xml:space="preserve">                "name": "普通暖场视频",</w:t>
        <w:br/>
        <w:t xml:space="preserve">                "startTime": "2020-08-06 18:20:00.0"</w:t>
        <w:br/>
        <w:t xml:space="preserve">            }</w:t>
        <w:br/>
        <w:t xml:space="preserve">        ],</w:t>
        <w:br/>
        <w:t xml:space="preserve">        "startRow": 1,</w:t>
        <w:br/>
        <w:t xml:space="preserve">        "firstPage": true,</w:t>
        <w:br/>
        <w:t xml:space="preserve">        "lastPage": false,</w:t>
        <w:br/>
        <w:t xml:space="preserve">        "prePageNumber": 1,</w:t>
        <w:br/>
        <w:t xml:space="preserve">        "limit": 1,</w:t>
        <w:br/>
        <w:t xml:space="preserve">        "endRow": 1,</w:t>
        <w:br/>
        <w:t xml:space="preserve">        "nextPageNumber": 2,</w:t>
        <w:br/>
        <w:t xml:space="preserve">        "totalPages": 129,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"http://api.polyv.net/live/v3/channel/management/query-list-sample";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params.put("channelIds", "0000000");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分页获取简单频道信息列表接口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