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获取多个频道的问卷列表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https://api.polyv.net/live/v3/channel/questionnaire/list-mc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1、接口用于获取多个频道的问卷列表，包括改已经提交数量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频道号, 多个频道用英文逗号,隔开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查询的记录的开始时间，13位位毫秒级时间戳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查询的记录的结束时间，13位毫秒级时间戳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页号，默认为1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每页条数，默认为10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注意：要按时间区间查询时，startTime 和 endTime 必须同时传参才能生效</w:t>
      </w: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"pageSize": 10,</w:t>
        <w:br/>
        <w:t xml:space="preserve">        "pageNumber": 1,</w:t>
        <w:br/>
        <w:t xml:space="preserve">        "totalItems": 2,</w:t>
        <w:br/>
        <w:t xml:space="preserve">        "contents": [</w:t>
        <w:br/>
        <w:t xml:space="preserve">            {</w:t>
        <w:br/>
        <w:t xml:space="preserve">                "questionnaireId": "fefg598lfj",</w:t>
        <w:br/>
        <w:t xml:space="preserve">                "channelId": 108888,</w:t>
        <w:br/>
        <w:t xml:space="preserve">                "userId": "edvf2fpec9",</w:t>
        <w:br/>
        <w:t xml:space="preserve">                "name": "测试问卷_1564105496583",</w:t>
        <w:br/>
        <w:t xml:space="preserve">                "status": "forbidden",</w:t>
        <w:br/>
        <w:t xml:space="preserve">                "createdTime": 1564105498000,</w:t>
        <w:br/>
        <w:t xml:space="preserve">                "lastModified": 1564105498000,</w:t>
        <w:br/>
        <w:t xml:space="preserve">                "endTime": 1564105580000,</w:t>
        <w:br/>
        <w:tab/>
        <w:tab/>
        <w:tab/>
        <w:tab/>
        <w:t>"customQuestionnaireId": "xxxxxx"，</w:t>
        <w:br/>
        <w:tab/>
        <w:tab/>
        <w:tab/>
        <w:tab/>
        <w:t>"submitCount": 123</w:t>
        <w:br/>
        <w:t xml:space="preserve">            },</w:t>
        <w:br/>
        <w:t xml:space="preserve">            {</w:t>
        <w:br/>
        <w:t xml:space="preserve">                "questionnaireId": "fefg4s724k",</w:t>
        <w:br/>
        <w:t xml:space="preserve">                "channelId": 108888,</w:t>
        <w:br/>
        <w:t xml:space="preserve">                "userId": "edvf2fpec9",</w:t>
        <w:br/>
        <w:t xml:space="preserve">                "name": "测试问卷",</w:t>
        <w:br/>
        <w:t xml:space="preserve">                "status": "forbidden",</w:t>
        <w:br/>
        <w:t xml:space="preserve">                "createdTime": 1564105469000,</w:t>
        <w:br/>
        <w:t xml:space="preserve">                "lastModified": 1564105469000,</w:t>
        <w:br/>
        <w:t xml:space="preserve">                "endTime": 1564105487000,</w:t>
        <w:br/>
        <w:tab/>
        <w:tab/>
        <w:tab/>
        <w:tab/>
        <w:t>"customQuestionnaireId": "xxxxxx",</w:t>
        <w:br/>
        <w:tab/>
        <w:tab/>
        <w:tab/>
        <w:tab/>
        <w:t>"submitCount": 123</w:t>
        <w:br/>
        <w:t xml:space="preserve">            }，</w:t>
        <w:br/>
        <w:tab/>
        <w:tab/>
        <w:tab/>
        <w:t>,</w:t>
        <w:br/>
        <w:t xml:space="preserve">            {</w:t>
        <w:br/>
        <w:t xml:space="preserve">                "questionnaireId": "fefg4s724j",</w:t>
        <w:br/>
        <w:t xml:space="preserve">                "channelId": 108887,</w:t>
        <w:br/>
        <w:t xml:space="preserve">                "userId": "edvf2fpec9",</w:t>
        <w:br/>
        <w:t xml:space="preserve">                "name": "测试问卷3",</w:t>
        <w:br/>
        <w:t xml:space="preserve">                "status": "forbidden",</w:t>
        <w:br/>
        <w:t xml:space="preserve">                "createdTime": 1564105469000,</w:t>
        <w:br/>
        <w:t xml:space="preserve">                "lastModified": 1564105469000,</w:t>
        <w:br/>
        <w:t xml:space="preserve">                "endTime": 1564105487000,</w:t>
        <w:br/>
        <w:t xml:space="preserve">                "customQuestionnaireId": "xxxxxx",</w:t>
        <w:br/>
        <w:tab/>
        <w:tab/>
        <w:tab/>
        <w:tab/>
        <w:t>"submitCount": 123</w:t>
        <w:br/>
        <w:t xml:space="preserve">            }</w:t>
        <w:br/>
        <w:t xml:space="preserve">        ],</w:t>
        <w:br/>
        <w:t xml:space="preserve">        "startRow": 1,</w:t>
        <w:br/>
        <w:t xml:space="preserve">        "firstPage": true,</w:t>
        <w:br/>
        <w:t xml:space="preserve">        "lastPage": true,</w:t>
        <w:br/>
        <w:t xml:space="preserve">        "nextPageNumber": 1,</w:t>
        <w:br/>
        <w:t xml:space="preserve">        "prePageNumber": 1,</w:t>
        <w:br/>
        <w:t xml:space="preserve">        "limit": 2,</w:t>
        <w:br/>
        <w:t xml:space="preserve">        "endRow": 2,</w:t>
        <w:br/>
        <w:t xml:space="preserve">        "totalPages": 1,</w:t>
        <w:br/>
        <w:t xml:space="preserve">        "offset": 0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响应的状态码，例如：200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异常错误信息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问卷名称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问卷状态，取值：saved(已保存)，published （已发布），forbidden （问卷已完成填写）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问卷创建时间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问卷最后修改时间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停止提交问卷时间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customQuestionnaireId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用户自定义问卷ID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submitCount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问卷提交数量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当前页第一个视频在回放视频中的位置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当前页最后一个视频在回放视频中的位置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当前页视频个数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t>$params = array(</w:t>
        <w:br/>
        <w:tab/>
        <w:t>'appId' =&gt; $appId,</w:t>
        <w:br/>
        <w:tab/>
        <w:t>'timestamp' =&gt; $timestamp,</w:t>
        <w:br/>
        <w:tab/>
        <w:t>'channelIds' =&gt; "108888"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"https://api.polyv.net/live/v3/channel/questionnaire/list-mc?".http_build_query($params);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CURLOPT_POST, 1);</w:t>
        <w:br/>
        <w:t>curl_setopt($curl, CURLOPT_URL, $url);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获取多个频道的问卷列表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