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获取频道文档详情信息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https://api.polyv.net/live/v3/channel/document/get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1、接口用于频道的文档详情信息</w:t>
        <w:br/>
        <w:t>2、接口支持https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管理员的appId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13位当前时间戳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文档新旧类型（新版：new， 旧版 ：old），不传默认为new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ab/>
        <w:t>"autoId": xxxx,</w:t>
        <w:br/>
        <w:tab/>
        <w:t>"fileId": "6fcf5fa1c48bf427515a0fe47d3b3a5d330282",</w:t>
        <w:br/>
        <w:tab/>
        <w:t>"fileName": "xxxx.ppt",</w:t>
        <w:br/>
        <w:tab/>
        <w:t>"fileUrl": "http://doc.polyv.net/xxxx.ppt",</w:t>
        <w:br/>
        <w:tab/>
        <w:t>"fileType": '.ppt',</w:t>
        <w:br/>
        <w:tab/>
        <w:t>"totalPage": 1,</w:t>
        <w:br/>
        <w:tab/>
        <w:t>"channelId": "330282",</w:t>
        <w:br/>
        <w:tab/>
        <w:t>"status": "normal",</w:t>
        <w:br/>
        <w:tab/>
        <w:t>"createTime": null,</w:t>
        <w:br/>
        <w:tab/>
        <w:t>"convertType": "common",</w:t>
        <w:br/>
        <w:tab/>
        <w:t>"type": "old",</w:t>
        <w:br/>
        <w:tab/>
        <w:t>"previewImage": "http://doc.polyv.net/xxxx_s.jpeg",</w:t>
        <w:br/>
        <w:tab/>
        <w:t>"previewBigImage": "http://doc.polyv.net/xxxx.jpeg",</w:t>
        <w:br/>
        <w:tab/>
        <w:t>"images": ["http://doc.polyv.net/xxxx.jpeg"],</w:t>
        <w:br/>
        <w:tab/>
        <w:t>"smallImages": ["http://doc.polyv.net/xxxx_s.jpeg"]</w:t>
        <w:br/>
        <w:t>}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响应代码，成功为200，失败为400，签名错误为403，异常错误500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data.channelId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data.autoId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ppt自增ID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data.fileId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ppt文件ID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data.fileName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文件名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data.fileType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data.fileUrl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data.totalPage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PPT状态（‘normal’：正常，“waitUpload”：等待上传,“failUpload”：上传失败，"waitConvert":转换PPT中,"failConvert":转换PPT失败 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data.convertType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转换类型，（普通: "common", 动画: "animate"）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ppt新旧类型（新版ppt："new"， 旧版ppt："old"）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data.previewImage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预览小图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data.previewBigImage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预览大图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data.images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大图列表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data.smallImages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小图列表</w:t>
            </w:r>
          </w:p>
        </w:tc>
      </w:tr>
    </w:tbl>
    <w:p>
      <w:pPr>
        <w:spacing w:after="40"/>
      </w:pPr>
    </w:p>
    <w:p>
      <w:pPr>
        <w:pStyle w:val="Heading2"/>
      </w:pPr>
      <w:r>
        <w:t>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br/>
        <w:t>//引用config.php</w:t>
        <w:br/>
        <w:t>include 'config.php';</w:t>
        <w:br/>
        <w:br/>
        <w:t>//接口URL上变量</w:t>
        <w:br/>
        <w:t>$channelId = "123456";</w:t>
        <w:br/>
        <w:t>$fileId = "xxxxxxxx";</w:t>
        <w:br/>
        <w:t>//接口需要的参数（非sign）赋值</w:t>
        <w:br/>
        <w:t>$params = array(</w:t>
        <w:br/>
        <w:t xml:space="preserve">    'appId'=&gt;$appId,</w:t>
        <w:br/>
        <w:t xml:space="preserve">    'timestamp'=&gt;$timestamp,</w:t>
        <w:br/>
        <w:t xml:space="preserve">    'channelId'=&gt;$channelId,</w:t>
        <w:br/>
        <w:tab/>
        <w:t>'fileId'=&gt;$fileId</w:t>
        <w:br/>
        <w:t xml:space="preserve">  );</w:t>
        <w:br/>
        <w:br/>
        <w:t>//生成sign</w:t>
        <w:br/>
        <w:t>$sign = getSign($params); //详细查看config.php文件的getSign方法</w:t>
        <w:br/>
        <w:br/>
        <w:t>//接口请求url</w:t>
        <w:br/>
        <w:t>$url = "http://api.polyv.net/live/v3/channel/document/get?appId=".$appId."&amp;sign=".$sign."&amp;timestamp=".$timestamp."&amp;channelId=".$channelId."&amp;fileId=".$fileId;</w:t>
        <w:br/>
        <w:t>//输出接口请求结果</w:t>
        <w:br/>
        <w:t>echo file_get_contents($url);</w:t>
        <w:br/>
        <w:br/>
        <w:t>?&gt;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获取频道文档详情信息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