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获取频道聊天审核内容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https://api.polyv.net/live/v3/channel/chat/get-censor-content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1、作用：用于获取聊天审核内容接口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apiVersion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接口版本，当apiVersion为3.1时，以下参数才有效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排序,ASC顺序、DESC倒序，默认ASC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分页页码、默认1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"message": "",</w:t>
        <w:br/>
        <w:t xml:space="preserve">  "status": "success",</w:t>
        <w:br/>
        <w:t xml:space="preserve">  "data": {</w:t>
        <w:br/>
        <w:tab/>
        <w:t>"total": 1,</w:t>
        <w:br/>
        <w:tab/>
        <w:t>"jsonList": [{</w:t>
        <w:br/>
        <w:tab/>
        <w:tab/>
        <w:t>"content": "2222",</w:t>
        <w:br/>
        <w:tab/>
        <w:tab/>
        <w:t>"id": "3e46f9b0-8f3c-11ea-ab59-cf9e43099504",</w:t>
        <w:br/>
        <w:tab/>
        <w:tab/>
        <w:t>"roomId": "421810",</w:t>
        <w:br/>
        <w:tab/>
        <w:tab/>
        <w:t>"status": "censor",</w:t>
        <w:br/>
        <w:tab/>
        <w:tab/>
        <w:t>"time": 1588729949374,</w:t>
        <w:br/>
        <w:tab/>
        <w:tab/>
        <w:t>"user": {</w:t>
        <w:br/>
        <w:tab/>
        <w:tab/>
        <w:tab/>
        <w:t>"banned": false,</w:t>
        <w:br/>
        <w:tab/>
        <w:tab/>
        <w:tab/>
        <w:t>"channelId": "421810",</w:t>
        <w:br/>
        <w:tab/>
        <w:tab/>
        <w:tab/>
        <w:t>"clientIp": "61.144.147.235",</w:t>
        <w:br/>
        <w:tab/>
        <w:tab/>
        <w:tab/>
        <w:t>"nick": "233",</w:t>
        <w:br/>
        <w:tab/>
        <w:tab/>
        <w:tab/>
        <w:t>"pic": "https://s1.videocc.net/face.png",</w:t>
        <w:br/>
        <w:tab/>
        <w:tab/>
        <w:tab/>
        <w:t>"roomId": "421810",</w:t>
        <w:br/>
        <w:tab/>
        <w:tab/>
        <w:tab/>
        <w:t>"sessionId": "flrqsfma26",</w:t>
        <w:br/>
        <w:tab/>
        <w:tab/>
        <w:tab/>
        <w:t>"uid": "pzQ-bhKFIA9BUU5DAKfE",</w:t>
        <w:br/>
        <w:tab/>
        <w:tab/>
        <w:tab/>
        <w:t>"userId": "1588729887414",</w:t>
        <w:br/>
        <w:tab/>
        <w:tab/>
        <w:tab/>
        <w:t>"userType": "slice"</w:t>
        <w:br/>
        <w:tab/>
        <w:tab/>
        <w:t>}</w:t>
        <w:br/>
        <w:tab/>
        <w:t>}]</w:t>
        <w:br/>
        <w:t xml:space="preserve">  }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审核聊天数量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审核聊天内容列表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聊天消息状态，"censor":待审核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聊天用户信息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data.jsonList[0].user.banned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用户是否被封禁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data.jsonList[0].user.channelId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data.jsonList[0].user.clientIp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data.jsonList[0].user.nick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data.jsonList[0].user.pic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data.jsonList[0].user.uid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data.jsonList[0].user.roomId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data.jsonList[0].user.sessionId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data.jsonList[0].user.userId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data.jsonList[0].user.userType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消息发言人类型（'monitor':监控者, 'assistant':助教, 'viewer':特邀观众, 'guest':嘉宾, 'teacher':讲师,、 'manager':管理员, 'slice':云课堂学生）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分页大小，当参数apiVersion为3.1时返回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当前页码，当参数apiVersion为3.1时返回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总页数，当参数apiVersion为3.1时返回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$params = array(</w:t>
        <w:br/>
        <w:t xml:space="preserve">        'appId'=&gt;$appId,</w:t>
        <w:br/>
        <w:t xml:space="preserve">        'channelId'=&gt;$channelId,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t>$url="https://api.polyv.net/live/v3/channel/chat/get-censor-content?".http_build_query($params);</w:t>
        <w:br/>
        <w:t>echo "&lt;script&gt;window.location.href='$url'&lt;/script&gt;";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获取频道聊天审核内容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