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获取答题卡单道题目的答题汇总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http://api.polyv.net/live/v3/channel/question/detail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1、接口用于获取答题卡单道题目的答题汇总</w:t>
        <w:br/>
        <w:t>2、接口支持https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题目ID，从题目列表中获取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第几次的答题详情，用于同一道题发送了多次的情况，从题目列表中获取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成功</w:t>
        <w:br/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"question": [</w:t>
        <w:br/>
        <w:t xml:space="preserve">            {</w:t>
        <w:br/>
        <w:t xml:space="preserve">                "count": 155,</w:t>
        <w:br/>
        <w:t xml:space="preserve">                "tips": "",</w:t>
        <w:br/>
        <w:t xml:space="preserve">                "option": "7"</w:t>
        <w:br/>
        <w:t xml:space="preserve">            },</w:t>
        <w:br/>
        <w:t xml:space="preserve">            {</w:t>
        <w:br/>
        <w:t xml:space="preserve">                "count": 88,</w:t>
        <w:br/>
        <w:t xml:space="preserve">                "tips": "",</w:t>
        <w:br/>
        <w:t xml:space="preserve">                "option": "8"</w:t>
        <w:br/>
        <w:t xml:space="preserve">            },</w:t>
        <w:br/>
        <w:t xml:space="preserve">            {</w:t>
        <w:br/>
        <w:t xml:space="preserve">                "count": 24,</w:t>
        <w:br/>
        <w:t xml:space="preserve">                "tips": "",</w:t>
        <w:br/>
        <w:t xml:space="preserve">                "option": "9"</w:t>
        <w:br/>
        <w:t xml:space="preserve">            },</w:t>
        <w:br/>
        <w:t xml:space="preserve">            {</w:t>
        <w:br/>
        <w:t xml:space="preserve">                "count": 135,</w:t>
        <w:br/>
        <w:t xml:space="preserve">                "tips": "",</w:t>
        <w:br/>
        <w:t xml:space="preserve">                "option": "10"</w:t>
        <w:br/>
        <w:t xml:space="preserve">            }</w:t>
        <w:br/>
        <w:t xml:space="preserve">        ],</w:t>
        <w:br/>
        <w:t xml:space="preserve">        "total": 402,</w:t>
        <w:br/>
        <w:t xml:space="preserve">        "answer": "",</w:t>
        <w:br/>
        <w:t xml:space="preserve">        "correctRecord": 0,</w:t>
        <w:br/>
        <w:t xml:space="preserve">        "title": "请您为选手打分",</w:t>
        <w:br/>
        <w:t xml:space="preserve">        "type": "S",</w:t>
        <w:br/>
        <w:t xml:space="preserve">        "itemType": 0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响应的状态码，例如：200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data.question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问题的各选项统计列表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data.question[0].option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问题的选项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data.question[0].count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问题选项的选择数量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data.question[0].count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问题选项的提示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data.total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回答问题的总数量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data.correctRecord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正确回答问题的总数量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问题的答案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data.title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data..type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题目类型("R":单选,"C"：多选，"S": 评分, "Q": 问答, "V": 投票)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data.itemType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答题卡为0，问答为1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t>$params = array(</w:t>
        <w:br/>
        <w:tab/>
        <w:t>'appId' =&gt; $appId,</w:t>
        <w:br/>
        <w:tab/>
        <w:t>'timestamp' =&gt; $timestamp,</w:t>
        <w:br/>
        <w:tab/>
        <w:t>'channelId' =&gt; 108888,</w:t>
        <w:br/>
        <w:tab/>
        <w:t>'questionId' =&gt; "zxcvbnm",</w:t>
        <w:br/>
        <w:tab/>
        <w:t>'times' =&gt; 1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"http://api.polyv.net/live/v3/channel/question/detail?".http_build_query($params);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CURLOPT_POST, 1);</w:t>
        <w:br/>
        <w:t>curl_setopt($curl, CURLOPT_URL, $url);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获取答题卡单道题目的答题汇总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