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上传指定时间点的视频截图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https://api.polyv.net/v2/video/upload-image-in-position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上传指定时间点的视频截图, 如果时间点对应的图片已存在，则会返回旧图片路径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  <w:br/>
        <w:t>Content-Type:multipart/form-data;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截图位置（视频的时间点），单位：秒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图片文件，大小不能超过5M，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该参数不参与签名</w:t>
            </w:r>
          </w:p>
        </w:tc>
      </w:tr>
    </w:tbl>
    <w:p>
      <w:pPr>
        <w:spacing w:after="40"/>
      </w:pPr>
    </w:p>
    <w:p>
      <w:pPr>
        <w:pStyle w:val="Heading2"/>
      </w:pPr>
      <w:r>
        <w:t>返回结果</w:t>
      </w: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上传成功</w:t>
        <w:br/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 xml:space="preserve">    "vid": "a2dc4f2517dadf1bb312be765089e860_a"</w:t>
        <w:br/>
        <w:tab/>
        <w:tab/>
        <w:t>"position": 10,</w:t>
        <w:br/>
        <w:tab/>
        <w:tab/>
        <w:t>"imageUrl": "http://ab-upload.polyv.net/test/polyv.jpg",</w:t>
        <w:br/>
        <w:tab/>
        <w:tab/>
        <w:t>"exists": 0</w:t>
        <w:br/>
        <w:tab/>
        <w:t>}</w:t>
        <w:br/>
        <w:t>}</w:t>
        <w:br/>
      </w:r>
    </w:p>
    <w:p>
      <w:pPr>
        <w:pStyle w:val="Heading2"/>
      </w:pPr>
      <w:r>
        <w:t>请求失败返回json示例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 400,</w:t>
        <w:br/>
        <w:tab/>
        <w:t>"status": "error",</w:t>
        <w:br/>
        <w:tab/>
        <w:t>"message": "ptime is too old",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 400,</w:t>
        <w:br/>
        <w:tab/>
        <w:t>"status": "error",</w:t>
        <w:br/>
        <w:tab/>
        <w:t>"message": "the sign is not right.",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图片大小不能超过5M</w:t>
        <w:br/>
        <w:t>{</w:t>
        <w:br/>
        <w:tab/>
        <w:t>"code": 400,</w:t>
        <w:br/>
        <w:tab/>
        <w:t>"status": "error",</w:t>
        <w:br/>
        <w:tab/>
        <w:t>"message": "ImageFile size can’t more than 5M",</w:t>
        <w:br/>
        <w:tab/>
        <w:t>"data": null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图片访问url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截图位置（视频的时间点），单位：秒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该时间点的图片是否存在，1：已经存在，0：不存在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testUploadPositionImage() {</w:t>
        <w:br/>
        <w:t xml:space="preserve">        String url = "https://api.polyv.net/v2/video/upload-image-in-position";</w:t>
        <w:br/>
        <w:tab/>
        <w:tab/>
        <w:t>String userid = "xxxxxxx";</w:t>
        <w:br/>
        <w:t xml:space="preserve">        String vid = "xxxxxxxxxxxxxxxxxxxx";</w:t>
        <w:br/>
        <w:tab/>
        <w:tab/>
        <w:t>int position = 10;</w:t>
        <w:br/>
        <w:tab/>
        <w:tab/>
        <w:t>String secretkey = "xxxxxxx";</w:t>
        <w:br/>
        <w:tab/>
        <w:tab/>
        <w:t>long ptime = System.currentTimeMillis();</w:t>
        <w:br/>
        <w:br/>
        <w:t xml:space="preserve">        Map&lt;String, String&gt; params = new HashMap&lt;&gt;();</w:t>
        <w:br/>
        <w:tab/>
        <w:tab/>
        <w:t>params.put("position", String.valueOf(position));</w:t>
        <w:br/>
        <w:tab/>
        <w:tab/>
        <w:t>params.put("ptime", String.valueOf(ptime));</w:t>
        <w:br/>
        <w:tab/>
        <w:tab/>
        <w:t>params.put("userid", userid);</w:t>
        <w:br/>
        <w:t xml:space="preserve">        params.put("vid", "xxx");</w:t>
        <w:br/>
        <w:tab/>
        <w:tab/>
        <w:t>params.put("sign", getSign(params, secretkey));</w:t>
        <w:br/>
        <w:t xml:space="preserve">        String content = HttpClientUtil.getInstance().sendHttpPost(url,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上传指定时间点的视频截图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