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创建频道接口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https://api.polyv.net/live/v3/channel/create-cpic-channel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1、接口用于创建频道</w:t>
        <w:br/>
        <w:t>2、接口支持https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频道名称，限制长度为60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直播场景，三分屏：ppt，普通直播：alone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频道属性，in 对内，out 对外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直播开始时间,13位的时间戳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直播结束时间,13位的时间戳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用于请求用户信息的secretKey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用于获取用户信息的自定义接口地址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airRedirectUrl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观众直接访问Polyv观看页，会跳转到该地址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频道的封面图片地址，如果需要上传图片可以先通过上传图片接口：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得到图片地址用于设置频道的封面图片地址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创建成功</w:t>
        <w:br/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"channelId":1830948,</w:t>
        <w:br/>
        <w:t xml:space="preserve">        "passwd":"45a2d6",</w:t>
        <w:br/>
        <w:t xml:space="preserve">        "teacherLoginUrl":"https://live.polyv.net/teacher.html",</w:t>
        <w:br/>
        <w:t xml:space="preserve">        "teacherClientUrl":"https://live.polyv.net/start-client.html?channelId=1830948",</w:t>
        <w:br/>
        <w:t xml:space="preserve">        "watchUrl":"https://live.polyv.cn/watch/1830948",</w:t>
        <w:br/>
        <w:t xml:space="preserve">        "assistant":{</w:t>
        <w:br/>
        <w:t xml:space="preserve">            "passwd":"90983",</w:t>
        <w:br/>
        <w:t xml:space="preserve">            "loginUrl":"https://live.polyv.net/teacher.html",</w:t>
        <w:br/>
        <w:t xml:space="preserve">            "account":"0011830948"</w:t>
        <w:br/>
        <w:t xml:space="preserve">        },</w:t>
        <w:br/>
        <w:t xml:space="preserve">        "guest":{</w:t>
        <w:br/>
        <w:t xml:space="preserve">            "webStartUrl":"https://live.polyv.net/web-start/guest?channelId=0051830948",</w:t>
        <w:br/>
        <w:t xml:space="preserve">            "passwd":"098653",</w:t>
        <w:br/>
        <w:t xml:space="preserve">            "account":"0051830948"</w:t>
        <w:br/>
        <w:t xml:space="preserve">        },</w:t>
        <w:br/>
        <w:t xml:space="preserve">        "authSecretKey":"fp4mt33n3h"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签名错误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未输入appId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appId不正确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时间戳错误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频道名称是必须</w:t>
        <w:br/>
        <w:t>{</w:t>
        <w:br/>
        <w:t xml:space="preserve">    "code": 400,</w:t>
        <w:br/>
        <w:t xml:space="preserve">    "status": "error",</w:t>
        <w:br/>
        <w:t xml:space="preserve">    "message": "channel name is required.",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频道名称过长</w:t>
        <w:br/>
        <w:t>{</w:t>
        <w:br/>
        <w:t xml:space="preserve">    "code": 400,</w:t>
        <w:br/>
        <w:t xml:space="preserve">    "status": "error",</w:t>
        <w:br/>
        <w:t xml:space="preserve">    "message": "channel name is over length.",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channelObject非法</w:t>
        <w:br/>
        <w:t>{</w:t>
        <w:br/>
        <w:t xml:space="preserve">    "code": 400,</w:t>
        <w:br/>
        <w:t xml:space="preserve">    "status": "error",</w:t>
        <w:br/>
        <w:t xml:space="preserve">    "message": "channelobject not right.",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非法的直播场景值</w:t>
        <w:br/>
        <w:t>{</w:t>
        <w:br/>
        <w:t xml:space="preserve">    "code": 400,</w:t>
        <w:br/>
        <w:t xml:space="preserve">    "status": "error",</w:t>
        <w:br/>
        <w:t xml:space="preserve">    "message": "scene not right.",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超过了能创建的频道数的最大值</w:t>
        <w:br/>
        <w:t>{</w:t>
        <w:br/>
        <w:t xml:space="preserve">    "code": 400,</w:t>
        <w:br/>
        <w:t xml:space="preserve">    "status": "error",</w:t>
        <w:br/>
        <w:t xml:space="preserve">    "message": "cannot create more than xx channels.",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teacherLoginUrl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主讲登录地址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teacherClientUrl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主讲人客户端启动链接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authSecretKey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请求用户信息接口的secretKey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助教相关信息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assistant.account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assistant.passwd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助教密码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assistant.loginUrl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助教登录地址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嘉宾相关信息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guest.account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guest.passwd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嘉宾密码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guest.webStartUrl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嘉宾登录网页开播端地址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'name' =&gt;  'channel name',</w:t>
        <w:br/>
        <w:t xml:space="preserve">  'channelObjet' =&gt; 'in',</w:t>
        <w:br/>
        <w:t xml:space="preserve">  'startTime' =&gt; 133333345553,</w:t>
        <w:br/>
        <w:t xml:space="preserve">  'endTime' =&gt; 133333345553,</w:t>
        <w:br/>
        <w:t xml:space="preserve">  'coverImage' =&gt; 133333345553,</w:t>
        <w:br/>
        <w:t xml:space="preserve">  'scene' =&gt; 'alone'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"http://api.polyv.net/live/v3/channel/create-cpic-channel?".http_build_query($params);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创建频道接口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