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获取频道抽奖的中奖记录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http://api.polyv.net/live/v3/channel/lottery/list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1.获取频道抽奖的中奖记录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2.接口支持https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GET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开发者账号下的appId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13位当前时间的时间戳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查询的开始日期的13位时间戳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查询的结束日期的13位时间戳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查询的页数，默认为1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查询的每页大小，默认为10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2"/>
      </w:pPr>
      <w:r>
        <w:t>返回错误结果JSON示例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签名错误：</w:t>
        <w:br/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  <w:br/>
        <w:t>时间戳错误：</w:t>
        <w:br/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pPr>
        <w:pStyle w:val="Heading2"/>
      </w:pPr>
      <w:r>
        <w:t>返回正确结果JSON示例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"pageSize": 10,</w:t>
        <w:br/>
        <w:t xml:space="preserve">        "pageNumber": 1,</w:t>
        <w:br/>
        <w:t xml:space="preserve">        "totalItems": 1,</w:t>
        <w:br/>
        <w:t xml:space="preserve">        "contents": [</w:t>
        <w:br/>
        <w:t xml:space="preserve">            {</w:t>
        <w:br/>
        <w:t xml:space="preserve">                "recordId": "69aacfc0b7",</w:t>
        <w:br/>
        <w:t xml:space="preserve">                "channelId": 108888,</w:t>
        <w:br/>
        <w:t xml:space="preserve">                "lotteryId": "feb34vwxyd",</w:t>
        <w:br/>
        <w:t xml:space="preserve">                "sessionId": "f6pxc1w8yb",</w:t>
        <w:br/>
        <w:t xml:space="preserve">                "viewerId": "plk",</w:t>
        <w:br/>
        <w:t xml:space="preserve">                "viewerName": "测试测试",</w:t>
        <w:br/>
        <w:t xml:space="preserve">                "winnerCode": "789",</w:t>
        <w:br/>
        <w:t xml:space="preserve">                "prize": "测试奖品",</w:t>
        <w:br/>
        <w:t xml:space="preserve">                "name": null,</w:t>
        <w:br/>
        <w:t xml:space="preserve">                "telephone": null,</w:t>
        <w:br/>
        <w:t xml:space="preserve">                "createdTime": 1563763798000,</w:t>
        <w:br/>
        <w:t xml:space="preserve">                "lastModified": 1563765266000,</w:t>
        <w:br/>
        <w:t xml:space="preserve">                "address": null,</w:t>
        <w:br/>
        <w:t xml:space="preserve">                "ext": "{\"receiveInfo\":[{\"field\":\"尊姓大名\",\"value\":\"测试测试\"},{\"field\":\"年龄\",\"value\":\"111\"},{\"field\":\"挖掘机技术哪家强\",\"value\":\"blueshit\"}]}"</w:t>
        <w:br/>
        <w:t xml:space="preserve">            }</w:t>
        <w:br/>
        <w:t xml:space="preserve">        ],</w:t>
        <w:br/>
        <w:t xml:space="preserve">        "offset": 0,</w:t>
        <w:br/>
        <w:t xml:space="preserve">        "limit": 1,</w:t>
        <w:br/>
        <w:t xml:space="preserve">        "nextPageNumber": 1,</w:t>
        <w:br/>
        <w:t xml:space="preserve">        "startRow": 1,</w:t>
        <w:br/>
        <w:t xml:space="preserve">        "lastPage": true,</w:t>
        <w:br/>
        <w:t xml:space="preserve">        "prePageNumber": 1,</w:t>
        <w:br/>
        <w:t xml:space="preserve">        "firstPage": true,</w:t>
        <w:br/>
        <w:t xml:space="preserve">        "totalPages": 1,</w:t>
        <w:br/>
        <w:t xml:space="preserve">        "endRow": 1</w:t>
        <w:br/>
        <w:t xml:space="preserve">    }</w:t>
        <w:br/>
        <w:t>}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接口请求状态码，200表示成功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接口请求状态，"success"表示成功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请求失败时返回的错误信息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Paginator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中间记录的分页结果</w:t>
            </w:r>
          </w:p>
        </w:tc>
      </w:tr>
    </w:tbl>
    <w:p>
      <w:pPr>
        <w:spacing w:after="40"/>
      </w:pPr>
    </w:p>
    <w:p>
      <w:pPr>
        <w:pStyle w:val="Heading3"/>
      </w:pPr>
      <w:r>
        <w:t>数据对象字段说明</w:t>
      </w:r>
    </w:p>
    <w:p>
      <w:pPr>
        <w:pStyle w:val="Heading3"/>
      </w:pPr>
      <w:r>
        <w:t>Paginator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说明：抽奖记录的分页结果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当前的页数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总记录数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是否为第一页，值为：true/false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是否为最后一页，值为：true/false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nextPageNumber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当前页第一条记录在总记录中的位置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当前页最后一个记录在总记录中的位置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当前页记录个数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中间记录列表</w:t>
            </w:r>
          </w:p>
        </w:tc>
      </w:tr>
    </w:tbl>
    <w:p>
      <w:pPr>
        <w:spacing w:after="40"/>
      </w:pPr>
    </w:p>
    <w:p>
      <w:pPr>
        <w:pStyle w:val="Heading3"/>
      </w:pPr>
      <w:r>
        <w:t>WinnerRecordModel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说明：抽奖记录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中奖记录ID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抽奖时的直播场次ID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中奖用户昵称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winnerCode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json 格式的字符串,表示中奖记录的额外拓展信息，对应模型类：WinnerRecordModelExt</w:t>
            </w:r>
          </w:p>
        </w:tc>
      </w:tr>
    </w:tbl>
    <w:p>
      <w:pPr>
        <w:spacing w:after="40"/>
      </w:pPr>
    </w:p>
    <w:p>
      <w:pPr>
        <w:pStyle w:val="Heading3"/>
      </w:pPr>
      <w:r>
        <w:t>WinnerRecordModelExt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说明：中奖记录的拓展信息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领奖人需要填写的兑奖信息</w:t>
            </w:r>
          </w:p>
        </w:tc>
      </w:tr>
    </w:tbl>
    <w:p>
      <w:pPr>
        <w:spacing w:after="40"/>
      </w:pPr>
    </w:p>
    <w:p>
      <w:pPr>
        <w:pStyle w:val="Heading3"/>
      </w:pPr>
      <w:r>
        <w:t>ReceiveInfoFieldModel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说明：中奖记录填写的领奖信息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field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填写的字段名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value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填写的字段值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br/>
        <w:t>//引用config.php</w:t>
        <w:br/>
        <w:t>include 'config.php';</w:t>
        <w:br/>
        <w:br/>
        <w:t>$channelId = "322120";</w:t>
        <w:br/>
        <w:t>$params = array(</w:t>
        <w:br/>
        <w:t xml:space="preserve">        'appId'=&gt;$appId,</w:t>
        <w:br/>
        <w:tab/>
        <w:tab/>
        <w:t>'lotteryId'=&gt;"ff9yv31sud",</w:t>
        <w:br/>
        <w:t xml:space="preserve">        'channelId'=&gt;$channelId,</w:t>
        <w:br/>
        <w:t xml:space="preserve">        'timestamp'=&gt;$timestamp</w:t>
        <w:br/>
        <w:t xml:space="preserve">    );</w:t>
        <w:br/>
        <w:br/>
        <w:t>//生成sign</w:t>
        <w:br/>
        <w:t>$sign = getSign($params); //详细查看config.php文件</w:t>
        <w:br/>
        <w:t>$params['sign'] = $sign;</w:t>
        <w:br/>
        <w:br/>
        <w:t>$url="http://api.polyv.net/live/v3/channel/lottery/list?".http_build_query($params);</w:t>
        <w:br/>
        <w:br/>
        <w:t>$ch = curl_init() or die ( curl_error() );</w:t>
        <w:br/>
        <w:t>curl_setopt( $ch, CURLOPT_URL, $url);</w:t>
        <w:br/>
        <w:t>curl_setopt ($ch, CURLOPT_CUSTOMREQUEST, "GET");</w:t>
        <w:br/>
        <w:t>curl_setopt( $ch, CURLOPT_RETURNTRANSFER, 1 );</w:t>
        <w:br/>
        <w:t>curl_setopt( $ch, CURLOPT_CONNECTTIMEOUT, 360);</w:t>
        <w:br/>
        <w:t>$response = curl_exec ( $ch );</w:t>
        <w:br/>
        <w:t>curl_close ( $ch );</w:t>
        <w:br/>
        <w:t>echo $response;</w:t>
        <w:br/>
        <w:br/>
        <w:t>?&gt;</w:t>
        <w:br/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获取频道抽奖的中奖记录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