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获取当前推流设置方式的接口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https://api.polyv.net/live/v3/channel/stream/get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1、用于获取当前推流设置方式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ab/>
        <w:tab/>
        <w:t>"streamType": "pull",</w:t>
        <w:br/>
        <w:tab/>
        <w:tab/>
        <w:t>"pullUrl": "rtmp://xxxxxxx"</w:t>
        <w:br/>
        <w:tab/>
        <w:t>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直播方式：client 客户端推流，disk 伪直播，audio 音频直播， pull 拉流直播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data.pullUrl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拉流地址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testgetStreamInfo() {</w:t>
        <w:br/>
        <w:t xml:space="preserve">        String url = "https://api.polyv.net/live/v3/channel/stream/get";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 xml:space="preserve">        Map&lt;String, String&gt; params = new HashMap&lt;&gt;();</w:t>
        <w:br/>
        <w:t xml:space="preserve">        params.put("channelId", String.valueOf(channelId));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获取当前推流设置方式的接口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