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批量查询频道信息接口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https://api.polyv.net/live/v3/channel/basic/get-channels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1、接口用于批量查询频道信息接口息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频道号，如果有多个用逗号隔开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"channelId": 1976099,</w:t>
        <w:br/>
        <w:t xml:space="preserve">            "name": "金山cdn",</w:t>
        <w:br/>
        <w:t xml:space="preserve">            "scene": "ppt",</w:t>
        <w:br/>
        <w:t xml:space="preserve">            "channelPasswd": "4bb763",</w:t>
        <w:br/>
        <w:t xml:space="preserve">            "publisher": "易方信息科技股份有限公司",</w:t>
        <w:br/>
        <w:t xml:space="preserve">            "startTime": 0,</w:t>
        <w:br/>
        <w:t xml:space="preserve">            "pageView": 9,</w:t>
        <w:br/>
        <w:t xml:space="preserve">            "likes": 0,</w:t>
        <w:br/>
        <w:t xml:space="preserve">            "coverImg": "//liveimages.videocc.net/uploaded/images/2020/12/fu7jh8cifb.jpg",</w:t>
        <w:br/>
        <w:t xml:space="preserve">            "splashImg": "//liveimages.videocc.net/uploaded/images/2020/12/fu7jl4dfwc.png",</w:t>
        <w:br/>
        <w:t xml:space="preserve">            "splashEnabled": "N",</w:t>
        <w:br/>
        <w:t xml:space="preserve">            "desc": "",</w:t>
        <w:br/>
        <w:t xml:space="preserve">            "consultingMenuEnabled": "Y",</w:t>
        <w:br/>
        <w:t xml:space="preserve">            "maxViewerRestrict": "N",</w:t>
        <w:br/>
        <w:t xml:space="preserve">            "maxViewer": -1,</w:t>
        <w:br/>
        <w:t xml:space="preserve">            "watchStatus": "playback",</w:t>
        <w:br/>
        <w:t xml:space="preserve">            "watchStatusText": "回放中",</w:t>
        <w:br/>
        <w:tab/>
        <w:tab/>
        <w:tab/>
        <w:t>"creatorChildId": null,</w:t>
        <w:br/>
        <w:t xml:space="preserve">            "creatorName": "主账号",</w:t>
        <w:br/>
        <w:t xml:space="preserve">            "userCategory": {</w:t>
        <w:br/>
        <w:t xml:space="preserve">                "categoryId": 177474,</w:t>
        <w:br/>
        <w:t xml:space="preserve">                "categoryName": "默认分类",</w:t>
        <w:br/>
        <w:t xml:space="preserve">                "userId": "ee7fe7fbda",</w:t>
        <w:br/>
        <w:t xml:space="preserve">                "rank": 0</w:t>
        <w:br/>
        <w:t xml:space="preserve">            },</w:t>
        <w:br/>
        <w:t xml:space="preserve">            "authSettings": [</w:t>
        <w:br/>
        <w:t xml:space="preserve">                {</w:t>
        <w:br/>
        <w:t xml:space="preserve">                    "channelId": 1976099,</w:t>
        <w:br/>
        <w:t xml:space="preserve">                    "rank": 1,</w:t>
        <w:br/>
        <w:t xml:space="preserve">                    "userId": "ee7fe7fbda",</w:t>
        <w:br/>
        <w:t xml:space="preserve">                    "globalSettingEnabled": "Y",</w:t>
        <w:br/>
        <w:t xml:space="preserve">                    "enabled": "N",</w:t>
        <w:br/>
        <w:t xml:space="preserve">                    "authType": "phone",</w:t>
        <w:br/>
        <w:t xml:space="preserve">                    "authTips": "欢迎观看本次直播",</w:t>
        <w:br/>
        <w:t xml:space="preserve">                    "payAuthTips": "欢迎观看本次直播",</w:t>
        <w:br/>
        <w:t xml:space="preserve">                    "codeAuthTips": "欢迎观看本次直播",</w:t>
        <w:br/>
        <w:t xml:space="preserve">                    "infoAuthTips": "欢迎观看本次直播",</w:t>
        <w:br/>
        <w:t xml:space="preserve">                    "authCode": null,</w:t>
        <w:br/>
        <w:t xml:space="preserve">                    "qcodeTips": null,</w:t>
        <w:br/>
        <w:t xml:space="preserve">                    "qcodeImg": null,</w:t>
        <w:br/>
        <w:t xml:space="preserve">                    "price": 0.00,</w:t>
        <w:br/>
        <w:t xml:space="preserve">                    "watchEndTime": null,</w:t>
        <w:br/>
        <w:t xml:space="preserve">                    "validTimePeriod": null,</w:t>
        <w:br/>
        <w:t xml:space="preserve">                    "customKey": "92daed0df9",</w:t>
        <w:br/>
        <w:t xml:space="preserve">                    "customUri": null,</w:t>
        <w:br/>
        <w:t xml:space="preserve">                    "externalKey": "432fdf9889",</w:t>
        <w:br/>
        <w:t xml:space="preserve">                    "externalUri": null,</w:t>
        <w:br/>
        <w:t xml:space="preserve">                    "externalRedirectUri": null,</w:t>
        <w:br/>
        <w:t xml:space="preserve">                    "directKey": "e87d4de349",</w:t>
        <w:br/>
        <w:t xml:space="preserve">                    "trialWatchEnabled": "N",</w:t>
        <w:br/>
        <w:t xml:space="preserve">                    "trialWatchTime": null,</w:t>
        <w:br/>
        <w:t xml:space="preserve">                    "trialWatchEndTime": null,</w:t>
        <w:br/>
        <w:t xml:space="preserve">                    "whiteListInputTips": "",</w:t>
        <w:br/>
        <w:t xml:space="preserve">                    "whiteListEntryText": "会员入口",</w:t>
        <w:br/>
        <w:t xml:space="preserve">                    "infoDesc": ""</w:t>
        <w:br/>
        <w:t xml:space="preserve">                },</w:t>
        <w:br/>
        <w:t xml:space="preserve">                {</w:t>
        <w:br/>
        <w:t xml:space="preserve">                    "channelId": 1976099,</w:t>
        <w:br/>
        <w:t xml:space="preserve">                    "rank": 2,</w:t>
        <w:br/>
        <w:t xml:space="preserve">                    "userId": "ee7fe7fbda",</w:t>
        <w:br/>
        <w:t xml:space="preserve">                    "globalSettingEnabled": "Y",</w:t>
        <w:br/>
        <w:t xml:space="preserve">                    "enabled": "N",</w:t>
        <w:br/>
        <w:t xml:space="preserve">                    "authType": "none",</w:t>
        <w:br/>
        <w:t xml:space="preserve">                    "authTips": "欢迎观看本次直播",</w:t>
        <w:br/>
        <w:t xml:space="preserve">                    "payAuthTips": "欢迎观看本次直播",</w:t>
        <w:br/>
        <w:t xml:space="preserve">                    "codeAuthTips": "欢迎观看本次直播",</w:t>
        <w:br/>
        <w:t xml:space="preserve">                    "infoAuthTips": "欢迎观看本次直播",</w:t>
        <w:br/>
        <w:t xml:space="preserve">                    "authCode": null,</w:t>
        <w:br/>
        <w:t xml:space="preserve">                    "qcodeTips": null,</w:t>
        <w:br/>
        <w:t xml:space="preserve">                    "qcodeImg": null,</w:t>
        <w:br/>
        <w:t xml:space="preserve">                    "price": 0.00,</w:t>
        <w:br/>
        <w:t xml:space="preserve">                    "watchEndTime": null,</w:t>
        <w:br/>
        <w:t xml:space="preserve">                    "validTimePeriod": null,</w:t>
        <w:br/>
        <w:t xml:space="preserve">                    "customKey": "0c97e07670",</w:t>
        <w:br/>
        <w:t xml:space="preserve">                    "customUri": null,</w:t>
        <w:br/>
        <w:t xml:space="preserve">                    "externalKey": "33004355bd",</w:t>
        <w:br/>
        <w:t xml:space="preserve">                    "externalUri": null,</w:t>
        <w:br/>
        <w:t xml:space="preserve">                    "externalRedirectUri": null,</w:t>
        <w:br/>
        <w:t xml:space="preserve">                    "directKey": "a4951d801f",</w:t>
        <w:br/>
        <w:t xml:space="preserve">                    "trialWatchEnabled": "N",</w:t>
        <w:br/>
        <w:t xml:space="preserve">                    "trialWatchTime": null,</w:t>
        <w:br/>
        <w:t xml:space="preserve">                    "trialWatchEndTime": null,</w:t>
        <w:br/>
        <w:t xml:space="preserve">                    "whiteListInputTips": null,</w:t>
        <w:br/>
        <w:t xml:space="preserve">                    "whiteListEntryText": "",</w:t>
        <w:br/>
        <w:t xml:space="preserve">                    "infoDesc": null</w:t>
        <w:br/>
        <w:t xml:space="preserve">                }</w:t>
        <w:br/>
        <w:t xml:space="preserve">            ],</w:t>
        <w:br/>
        <w:t xml:space="preserve">            "bgImg": "//liveimages.videocc.net/uploaded/images/2020/12/fu7jmmi8qw.jpg",</w:t>
        <w:br/>
        <w:t xml:space="preserve">            "videoList": [</w:t>
        <w:br/>
        <w:t xml:space="preserve">                {</w:t>
        <w:br/>
        <w:t xml:space="preserve">                    "videoId": "f72f1ae298",</w:t>
        <w:br/>
        <w:t xml:space="preserve">                    "videoPoolId": "ee7fe7fbda102f4d74a264c1b559f6d9_e"</w:t>
        <w:br/>
        <w:t xml:space="preserve">                }</w:t>
        <w:br/>
        <w:t xml:space="preserve">            ]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状态状态码，请求成功时为200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包含频道信息的数组对象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请求失败时为空，请求成功时为频道的详细设置信息</w:t>
            </w:r>
          </w:p>
        </w:tc>
      </w:tr>
    </w:tbl>
    <w:p>
      <w:pPr>
        <w:spacing w:after="40"/>
      </w:pPr>
    </w:p>
    <w:p>
      <w:pPr>
        <w:pStyle w:val="Heading2"/>
      </w:pPr>
      <w:r>
        <w:t>返回的频道信息字段说明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直播开始时间，关闭时为0，开启时为13位毫秒级时间戳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string（取值为Y/N）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string（取值为Y/N）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string（取值为Y/N）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频道的观看页状态，取值为： 频道状态,取值：live（直播中）、end（直播结束）、playback（回放中）、waiting（等待直播）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userCategory.categoryId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userCategory.categoryName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userCategory.rank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活动直播, topclass 大班课, ppt 三分屏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videoList[0].videoId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videoList[0].videoPoolId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creatorChildId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创建账号的子账号用户ID（为空则为主账号创建）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创建频道的子账号名称（主账号创建的则显示"主账号"）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关于ChannelAuthSetting 的参数说明请参考该接口的成功返回结果：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查询直播频道观看条件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test() {</w:t>
        <w:br/>
        <w:t xml:space="preserve">        String url = "https://api.polyv.net/live/v3/channel/basic/get-channels";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params.put("channelIds", "100,1000,30003");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批量查询频道信息接口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