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删除重制课件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https://api.polyv.net/live/v3/channel/pptRecord/batch-delete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1、接口用于删除重制课件任务, 可批量参数，正在进行重制中的任务不能删除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任务ID列表，多个任务ID使用","进行分隔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"result": true</w:t>
        <w:br/>
        <w:t xml:space="preserve">    }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状态码,成功为200，签名失败为403，参数错误为400，服务端错误为500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成功为success,错误时为error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成功为""，错误时为错误描述信息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data.result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处理结果, true成功</w:t>
            </w:r>
          </w:p>
        </w:tc>
      </w:tr>
    </w:tbl>
    <w:p>
      <w:pPr>
        <w:spacing w:after="40"/>
      </w:pP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validate error",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非法频道号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"illegal channel id: %s",</w:t>
        <w:br/>
        <w:t xml:space="preserve">    "data": ""</w:t>
        <w:br/>
        <w:t>}</w:t>
      </w: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void testAddRecordTask() {</w:t>
        <w:br/>
        <w:t xml:space="preserve">        String url = "https://api.polyv.net/live/v3/channel/pptRecord/batch-delete";</w:t>
        <w:br/>
        <w:t xml:space="preserve">        // appId和加密串</w:t>
        <w:br/>
        <w:t xml:space="preserve">        String appId = "xxxxxxx";</w:t>
        <w:br/>
        <w:t xml:space="preserve">        String appSecret = "xxxxxxxxxxxxxxxxxx";</w:t>
        <w:br/>
        <w:t xml:space="preserve">        String taskIds = "1,2,3";</w:t>
        <w:br/>
        <w:tab/>
        <w:tab/>
        <w:t>int channelId = 123;</w:t>
        <w:br/>
        <w:t xml:space="preserve">        Map&lt;String, String&gt; params = new HashMap&lt;&gt;();</w:t>
        <w:br/>
        <w:t xml:space="preserve">        params.put("taskIds", taskIds);</w:t>
        <w:br/>
        <w:t xml:space="preserve">        params.put("channelId", String.valueOf(channelId));</w:t>
        <w:br/>
        <w:t xml:space="preserve">        // 调用Polyv的工具类方法设置sign</w:t>
        <w:br/>
        <w:t xml:space="preserve">        PolyvTool.setLiveSign(params, appId, appSecret);</w:t>
        <w:br/>
        <w:t xml:space="preserve">        String content = HttpClientUtil.getInstance()</w:t>
        <w:br/>
        <w:t xml:space="preserve">                .sendHttpPost(url, params);</w:t>
        <w:br/>
        <w:t xml:space="preserve">        System.out.println(content);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删除重制课件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