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分页获取频道聊天室房间在线人数列表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http://api.polyv.net/live/v3/channel/chat/get-chat-user-list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1、分页获取频道聊天室房间在线人数</w:t>
        <w:br/>
        <w:t>2、支持分页，最大每页1000条数据，最小每页1条数据</w:t>
        <w:br/>
        <w:t>3、接口支持https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第几页，默认：1（第一页）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每页数据大小，默认每页100条数据，最大每页1000条数据，最小每页1条数据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toGetSubRooms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是否获取转播频道在线人数，1：表示获取，0：表示不获取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"pageSize": 2,</w:t>
        <w:br/>
        <w:t xml:space="preserve">        "pageNumber": 1,</w:t>
        <w:br/>
        <w:t xml:space="preserve">        "totalItems": 2,</w:t>
        <w:br/>
        <w:t xml:space="preserve">        "contents": [</w:t>
        <w:br/>
        <w:t xml:space="preserve">            {</w:t>
        <w:br/>
        <w:t xml:space="preserve">                "userId": "ovtl9t4a6-vVGrnOVZvA95zuk2x4",</w:t>
        <w:br/>
        <w:t xml:space="preserve">                "pic": "https://s1.videocc.net/default-img/avatar/viewer.png",</w:t>
        <w:br/>
        <w:t xml:space="preserve">                "nick": "123",</w:t>
        <w:br/>
        <w:t xml:space="preserve">                "roomId": "1888749"</w:t>
        <w:br/>
        <w:t xml:space="preserve">            }</w:t>
        <w:br/>
        <w:t xml:space="preserve">        ],</w:t>
        <w:br/>
        <w:t xml:space="preserve">        "startRow": 1,</w:t>
        <w:br/>
        <w:t xml:space="preserve">        "firstPage": true,</w:t>
        <w:br/>
        <w:t xml:space="preserve">        "lastPage": true,</w:t>
        <w:br/>
        <w:t xml:space="preserve">        "prePageNumber": 1,</w:t>
        <w:br/>
        <w:t xml:space="preserve">        "limit": 2,</w:t>
        <w:br/>
        <w:t xml:space="preserve">        "totalPages": 1,</w:t>
        <w:br/>
        <w:t xml:space="preserve">        "endRow": 2,</w:t>
        <w:br/>
        <w:t xml:space="preserve">        "nextPageNumber": 1,</w:t>
        <w:br/>
        <w:t xml:space="preserve">        "offset": 0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非法频道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"illegal channel id: 1779742",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is not digit: size",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参数数值超出规定范围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"number range error",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contents[0].userId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加入房间的userId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contents[0].pic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加入房间的头像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contents[0].nick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加入房间的昵称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contents[0].roomId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当前页第一个数量的位置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当前页最后一个数量的位置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main(String[] args) {</w:t>
        <w:br/>
        <w:t xml:space="preserve">        String url = "https://api.polyv.net/live/v3/channel/chat/get-chat-user-list";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Map&lt;String, String&gt; params = new HashMap&lt;&gt;();</w:t>
        <w:br/>
        <w:tab/>
        <w:tab/>
        <w:t>params.put("channelId", "0000000");</w:t>
        <w:br/>
        <w:tab/>
        <w:tab/>
        <w:t>params.put("page", "1");</w:t>
        <w:br/>
        <w:tab/>
        <w:tab/>
        <w:t>params.put("size", "10");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.sendHttpGet(url + "?" + PolyvTool.mapJoinNotEncode(params));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分页获取频道聊天室房间在线人数列表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