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查询历史聊天信息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http://api.polyv.net/live/v2/chat/{channelId}/getHistory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1、作用：查询一段时间内的聊天记录，时间格式为yyyy-MM-dd 或 yyyy-MM-dd HH:mm:ss。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如未提交具体时间，只提交了日期，开始时间默认为日期当天的 00:00:00，结束时间为日期当天的23:59:59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3、接口URL中的{channelId}为 频道ID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GET，POST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必选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startDay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聊天记录的开始时间，格式要求为yyyy-MM-dd(如：2017-08-01)或者 yyyy-MM-dd HH:mm:ss （如：2017-08-01 16:30:12）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endDay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聊天记录的结束时间，要求同上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从API设置中获取，在直播系统登记的appId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获取第几页聊天记录，默认为1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limit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每页记录数，默认为1000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timestamp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当前13位毫秒级时间戳，3分钟内有效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签名，32位大写MD5值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用户类型，可以选择多个类型，用英文逗号隔开。可选值包括：slice:云课堂学员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teacher:讲师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guest:嘉宾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manager:管理员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assistant:助教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viewer:特邀观众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monitor:场监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attendee:研讨会参与者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student:普通直播观众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聊天记录状态，默认：pass(已审核)，审核状态，pass：已审核，censor：审核中和删除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source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类型，不填默认公聊，extend：管理员私聊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roomId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如果有房间号，需要传入房间号，默认不传</w:t>
      </w:r>
    </w:p>
    <w:p/>
    <w:p/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"accountId": "ee7fe7fbda",</w:t>
        <w:br/>
        <w:t xml:space="preserve">            "clientIP": "",</w:t>
        <w:br/>
        <w:t xml:space="preserve">            "content": "123",</w:t>
        <w:br/>
        <w:t xml:space="preserve">            "event": "",</w:t>
        <w:br/>
        <w:t xml:space="preserve">            "id": "9b7b0d20-12b7-11eb-8860-43fdec7e6710",</w:t>
        <w:br/>
        <w:t xml:space="preserve">            "image": "",</w:t>
        <w:br/>
        <w:t xml:space="preserve">            "msgType": "",</w:t>
        <w:br/>
        <w:t xml:space="preserve">            "quote": "",</w:t>
        <w:br/>
        <w:t xml:space="preserve">            "roomId": "157468202",</w:t>
        <w:br/>
        <w:t xml:space="preserve">            "sessionId": "",</w:t>
        <w:br/>
        <w:t xml:space="preserve">            "time": 1603186536120,</w:t>
        <w:br/>
        <w:t xml:space="preserve">            "user": {</w:t>
        <w:br/>
        <w:t xml:space="preserve">                "actor": "管理员",</w:t>
        <w:br/>
        <w:t xml:space="preserve">                "banned": false,</w:t>
        <w:br/>
        <w:t xml:space="preserve">                "channelId": "1574682",</w:t>
        <w:br/>
        <w:t xml:space="preserve">                "clientIp": "",</w:t>
        <w:br/>
        <w:t xml:space="preserve">                "nick": "管理员",</w:t>
        <w:br/>
        <w:t xml:space="preserve">                "pic": "//s1.videocc.net/face.png",</w:t>
        <w:br/>
        <w:t xml:space="preserve">                "roomId": "157468201",</w:t>
        <w:br/>
        <w:t xml:space="preserve">                "sessionId": "fnnjgog6vi",</w:t>
        <w:br/>
        <w:t xml:space="preserve">                "uid": "46a6KWLWMdxQwBShAAAC",</w:t>
        <w:br/>
        <w:t xml:space="preserve">                "userId": "ee7fe7fbda",</w:t>
        <w:br/>
        <w:t xml:space="preserve">                "userType": "manager"</w:t>
        <w:br/>
        <w:t xml:space="preserve">            },</w:t>
        <w:br/>
        <w:t xml:space="preserve">            "userType": "manager",</w:t>
        <w:br/>
        <w:t xml:space="preserve">            "status": "pass",</w:t>
        <w:br/>
        <w:t xml:space="preserve">            "sourceType": "public"</w:t>
        <w:br/>
        <w:t xml:space="preserve">        },</w:t>
        <w:br/>
        <w:t xml:space="preserve">        {</w:t>
        <w:br/>
        <w:t xml:space="preserve">            "accountId": "ee7fe7fbda",</w:t>
        <w:br/>
        <w:t xml:space="preserve">            "clientIP": "",</w:t>
        <w:br/>
        <w:t xml:space="preserve">            "content": "3231",</w:t>
        <w:br/>
        <w:t xml:space="preserve">            "event": "",</w:t>
        <w:br/>
        <w:t xml:space="preserve">            "id": "9ee931d0-12b7-11eb-b668-b35576b339fa",</w:t>
        <w:br/>
        <w:t xml:space="preserve">            "image": "",</w:t>
        <w:br/>
        <w:t xml:space="preserve">            "msgType": "",</w:t>
        <w:br/>
        <w:t xml:space="preserve">            "quote": "",</w:t>
        <w:br/>
        <w:t xml:space="preserve">            "roomId": "157468202",</w:t>
        <w:br/>
        <w:t xml:space="preserve">            "sessionId": "",</w:t>
        <w:br/>
        <w:t xml:space="preserve">            "time": 1603186541876,</w:t>
        <w:br/>
        <w:t xml:space="preserve">            "user": {</w:t>
        <w:br/>
        <w:t xml:space="preserve">                "actor": "管理员",</w:t>
        <w:br/>
        <w:t xml:space="preserve">                "banned": false,</w:t>
        <w:br/>
        <w:t xml:space="preserve">                "channelId": "1574682",</w:t>
        <w:br/>
        <w:t xml:space="preserve">                "clientIp": "",</w:t>
        <w:br/>
        <w:t xml:space="preserve">                "nick": "管理员",</w:t>
        <w:br/>
        <w:t xml:space="preserve">                "pic": "//s1.videocc.net/face.png",</w:t>
        <w:br/>
        <w:t xml:space="preserve">                "roomId": "157468202",</w:t>
        <w:br/>
        <w:t xml:space="preserve">                "sessionId": "fnnjgog6vi",</w:t>
        <w:br/>
        <w:t xml:space="preserve">                "uid": "VQUMlI2l7wcHjiJaAAAC",</w:t>
        <w:br/>
        <w:t xml:space="preserve">                "userId": "ee7fe7fbda",</w:t>
        <w:br/>
        <w:t xml:space="preserve">                "userType": "manager"</w:t>
        <w:br/>
        <w:t xml:space="preserve">            },</w:t>
        <w:br/>
        <w:t xml:space="preserve">            "userType": "manager",</w:t>
        <w:br/>
        <w:t xml:space="preserve">            "status": "pass",</w:t>
        <w:br/>
        <w:t xml:space="preserve">            "sourceType": "public"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"appId not found.",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"application not found.",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"invalid timestamp.",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"invalid signature.",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频道号错误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"channel not found.",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开始时间为空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"startDay can not be empty.",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结束时间为空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"endDay can not be empty.",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开始时间格式不正确 （正确格式为yyyy-MM-dd）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"the startDay is no right.",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开始时间格式不正确 （正确格式为yyyy-MM-dd）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"the endDay is no right.",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结束时间晚于开始时间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"the endDay can not be earlier than the startDay.",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其他错误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"无法访问聊天室数据",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图片消息的图片地址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data[0].msgType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目前取值： redpaper: 红包消息；  chatImg：图片消息；  custom：自定义消息（通过socket发送的自定义消息）；  reward：打赏消息；  customerMessage：自定义消息（通过http接口发送的自定义消息）  为空（msgType=""）时表示普通聊天消息；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data[0].quote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发送消息时的时间戳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审核状态，pass:已审核，censor：审核中，delete：删除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用户类型，可能的值为：slice:云课堂学员teacher:讲师guest:嘉宾manager:管理员assistant:助教viewer:特邀观众monitor:场监attendee:研讨会参与者student:普通直播观众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data[0].sourceType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消息来源，目前有public(群聊)、extend（管理员私聊）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data[0].user.userType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用户类型，可能的值为：slice:云课堂学员teacher:讲师guest:嘉宾manager:管理员assistant:助教viewer:特邀观众monitor:场监attendee:研讨会参与者student:普通直播观众</w:t>
            </w:r>
          </w:p>
        </w:tc>
      </w:tr>
    </w:tbl>
    <w:p>
      <w:pPr>
        <w:spacing w:after="40"/>
      </w:pPr>
    </w:p>
    <w:p>
      <w:pPr>
        <w:pStyle w:val="Heading3"/>
      </w:pPr>
      <w:r>
        <w:t>content类型说明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content</w:t>
      </w:r>
      <w:r>
        <w:rPr>
          <w:rFonts w:ascii="Source Han Sans SC" w:hAnsi="Source Han Sans SC" w:eastAsia="Source Han Sans SC" w:cs="Source Han Sans SC" w:hint="eastAsia"/>
          <w:sz w:val="20"/>
        </w:rPr>
        <w:t>字段类型受</w:t>
      </w:r>
      <w:r>
        <w:rPr>
          <w:rFonts w:ascii="Menlo" w:hAnsi="Menlo"/>
          <w:color w:val="444444"/>
          <w:sz w:val="19"/>
        </w:rPr>
        <w:t>msgType</w:t>
      </w:r>
      <w:r>
        <w:rPr>
          <w:rFonts w:ascii="Source Han Sans SC" w:hAnsi="Source Han Sans SC" w:eastAsia="Source Han Sans SC" w:cs="Source Han Sans SC" w:hint="eastAsia"/>
          <w:sz w:val="20"/>
        </w:rPr>
        <w:t>字段影响，如果</w:t>
      </w:r>
      <w:r>
        <w:rPr>
          <w:rFonts w:ascii="Menlo" w:hAnsi="Menlo"/>
          <w:color w:val="444444"/>
          <w:sz w:val="19"/>
        </w:rPr>
        <w:t>msgType</w:t>
      </w:r>
      <w:r>
        <w:rPr>
          <w:rFonts w:ascii="Source Han Sans SC" w:hAnsi="Source Han Sans SC" w:eastAsia="Source Han Sans SC" w:cs="Source Han Sans SC" w:hint="eastAsia"/>
          <w:sz w:val="20"/>
        </w:rPr>
        <w:t>为空，则表示普通发言，</w:t>
      </w:r>
      <w:r>
        <w:rPr>
          <w:rFonts w:ascii="Menlo" w:hAnsi="Menlo"/>
          <w:color w:val="444444"/>
          <w:sz w:val="19"/>
        </w:rPr>
        <w:t>content</w:t>
      </w:r>
      <w:r>
        <w:rPr>
          <w:rFonts w:ascii="Source Han Sans SC" w:hAnsi="Source Han Sans SC" w:eastAsia="Source Han Sans SC" w:cs="Source Han Sans SC" w:hint="eastAsia"/>
          <w:sz w:val="20"/>
        </w:rPr>
        <w:t>为字符串类型。如果</w:t>
      </w:r>
      <w:r>
        <w:rPr>
          <w:rFonts w:ascii="Menlo" w:hAnsi="Menlo"/>
          <w:color w:val="444444"/>
          <w:sz w:val="19"/>
        </w:rPr>
        <w:t>msgType</w:t>
      </w:r>
      <w:r>
        <w:rPr>
          <w:rFonts w:ascii="Source Han Sans SC" w:hAnsi="Source Han Sans SC" w:eastAsia="Source Han Sans SC" w:cs="Source Han Sans SC" w:hint="eastAsia"/>
          <w:sz w:val="20"/>
        </w:rPr>
        <w:t>为其它类型，则</w:t>
      </w:r>
      <w:r>
        <w:rPr>
          <w:rFonts w:ascii="Menlo" w:hAnsi="Menlo"/>
          <w:color w:val="444444"/>
          <w:sz w:val="19"/>
        </w:rPr>
        <w:t>content</w:t>
      </w:r>
      <w:r>
        <w:rPr>
          <w:rFonts w:ascii="Source Han Sans SC" w:hAnsi="Source Han Sans SC" w:eastAsia="Source Han Sans SC" w:cs="Source Han Sans SC" w:hint="eastAsia"/>
          <w:sz w:val="20"/>
        </w:rPr>
        <w:t>为对象。</w:t>
      </w:r>
    </w:p>
    <w:p>
      <w:pPr>
        <w:pStyle w:val="Heading3"/>
      </w:pPr>
      <w:r>
        <w:t>msyType为redpaper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表示红包，</w:t>
      </w:r>
      <w:r>
        <w:rPr>
          <w:rFonts w:ascii="Menlo" w:hAnsi="Menlo"/>
          <w:color w:val="444444"/>
          <w:sz w:val="20"/>
        </w:rPr>
        <w:t>content</w:t>
      </w:r>
      <w:r>
        <w:rPr>
          <w:rFonts w:ascii="Source Han Sans SC" w:hAnsi="Source Han Sans SC" w:eastAsia="Source Han Sans SC" w:cs="Source Han Sans SC" w:hint="eastAsia"/>
          <w:sz w:val="21"/>
        </w:rPr>
        <w:t>对象为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conetnt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字符串redpaper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redCacheId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红包缓存id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红包总数量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红包类型，normal为普通红包，rain为红包雨</w:t>
            </w:r>
          </w:p>
        </w:tc>
      </w:tr>
    </w:tbl>
    <w:p>
      <w:pPr>
        <w:spacing w:after="40"/>
      </w:pPr>
    </w:p>
    <w:p>
      <w:pPr>
        <w:pStyle w:val="Heading3"/>
      </w:pPr>
      <w:r>
        <w:t>msyType为chatImg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发送图片，</w:t>
      </w:r>
      <w:r>
        <w:rPr>
          <w:rFonts w:ascii="Menlo" w:hAnsi="Menlo"/>
          <w:color w:val="444444"/>
          <w:sz w:val="20"/>
        </w:rPr>
        <w:t>content</w:t>
      </w:r>
      <w:r>
        <w:rPr>
          <w:rFonts w:ascii="Source Han Sans SC" w:hAnsi="Source Han Sans SC" w:eastAsia="Source Han Sans SC" w:cs="Source Han Sans SC" w:hint="eastAsia"/>
          <w:sz w:val="21"/>
        </w:rPr>
        <w:t>对象为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 chatImg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图片尺寸信息，其中width表示宽度，height表示高度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图片成功状态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字符串chatImg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uploadImgUrl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图片链接地址</w:t>
            </w:r>
          </w:p>
        </w:tc>
      </w:tr>
    </w:tbl>
    <w:p>
      <w:pPr>
        <w:spacing w:after="40"/>
      </w:pPr>
    </w:p>
    <w:p>
      <w:pPr>
        <w:pStyle w:val="Heading3"/>
      </w:pPr>
      <w:r>
        <w:t>msyType为custom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发送自定义消息，</w:t>
      </w:r>
      <w:r>
        <w:rPr>
          <w:rFonts w:ascii="Menlo" w:hAnsi="Menlo"/>
          <w:color w:val="444444"/>
          <w:sz w:val="20"/>
        </w:rPr>
        <w:t>content</w:t>
      </w:r>
      <w:r>
        <w:rPr>
          <w:rFonts w:ascii="Source Han Sans SC" w:hAnsi="Source Han Sans SC" w:eastAsia="Source Han Sans SC" w:cs="Source Han Sans SC" w:hint="eastAsia"/>
          <w:sz w:val="21"/>
        </w:rPr>
        <w:t>对象为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字符串custom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自定义消息事件名称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emitMode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自定义消息广播类型，0表示广播到房间内所有人，包括自己；1表示广播到房间，除了自己；2表示指定socketID进行广播。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自定义消息内容，由调用者自定义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php请求示例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&lt;?php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//引用config.php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include 'config.php';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//接口需要的参数（非sign）赋值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$channelId = "127075";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$startDay = "2017-08-24";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$endDay = "2018-08-24";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$params = array(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'appId'=&gt;$appId,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'startDay'=&gt;$startDay,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'endDay'=&gt;$endDay,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'timestamp'=&gt;$timestamp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//生成sign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$sign = getSign($params); //详细查看config.php文件的getSign方法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//接口请求url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$url = "http://api.live.polyv.net/v2/chat/$channelId/getHistory?appId=$appId&amp;timestamp=$timestamp&amp;sign=$sign&amp;startDay=$startDay&amp;endDay=$endDay";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//输出接口请求结果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echo file_get_contents($url);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?&gt;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查询历史聊天信息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