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发送聊天室商品信息socket接口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http://api.polyv.net/live/v3/channel/chat/send-product-msg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1、发送聊天室socket商品信息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3、接口请求频次限制为每分钟30次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操作类型，必须为整型1：上架商品2：下架商品3：删除商品4：新增商品5：编辑商品6：上移7：下移9：推送10:商品库开关目前这个status可以自定义，0-20为平台参数，21及其以上客户可自定义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请求体信息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如下json，只有发送这种指定类型的json数据，polyv平台观看页才可以响应数据</w:t>
        <w:br/>
        <w:t>// 如果发送其他自定义格式，需要自己开发观看页，接收到改socket 消息时自行进行处理。</w:t>
        <w:br/>
        <w:t>// 请求体长度限制1000字符，如果超过，会返回错误。</w:t>
        <w:br/>
        <w:t>// 4新增、5编辑、1上架、9推送</w:t>
        <w:br/>
        <w:t>{</w:t>
        <w:br/>
        <w:t xml:space="preserve">    "cover": "//liveimages.videocc.net/uploadimage/20200827/chat_img_1779741_15985125681801.jpeg?x-oss-process=image/crop,x_95,y_0,w_235,h_235",</w:t>
        <w:br/>
        <w:t xml:space="preserve">    "link": "https://www.polyv.net",</w:t>
        <w:br/>
        <w:t xml:space="preserve">    "linkType": 10,</w:t>
        <w:br/>
        <w:t xml:space="preserve">    "mobileAppLink": "",</w:t>
        <w:br/>
        <w:t xml:space="preserve">    "mobileLink": "https://ngrok.io/",</w:t>
        <w:br/>
        <w:t xml:space="preserve">    "name": "66666666",</w:t>
        <w:br/>
        <w:t xml:space="preserve">    "params": "{\"222\": 123}",</w:t>
        <w:br/>
        <w:t xml:space="preserve">    "pcLink": "https://www.msuno.cn",</w:t>
        <w:br/>
        <w:t xml:space="preserve">    "price": 23.01,</w:t>
        <w:br/>
        <w:t xml:space="preserve">    "productId": 6282,</w:t>
        <w:br/>
        <w:t xml:space="preserve">    "rank": 18,</w:t>
        <w:br/>
        <w:t xml:space="preserve">    "realPrice": 11.02,</w:t>
        <w:br/>
        <w:t xml:space="preserve">    "showId": 6,</w:t>
        <w:br/>
        <w:t xml:space="preserve">    "status": 1,</w:t>
        <w:br/>
        <w:t xml:space="preserve">    "wxMiniprogramLink": "",</w:t>
        <w:br/>
        <w:t xml:space="preserve">    "wxMiniprogramOriginalId": ""</w:t>
        <w:br/>
        <w:t>}</w:t>
        <w:br/>
        <w:t>// 2下架（商品Id）、3删除</w:t>
        <w:br/>
        <w:t>{</w:t>
        <w:br/>
        <w:t xml:space="preserve">    "productId": 5324</w:t>
        <w:br/>
        <w:t>}</w:t>
        <w:br/>
        <w:t>// 6上移、7下移（两个商品移动的id和排序和状态）</w:t>
        <w:br/>
        <w:t>[</w:t>
        <w:br/>
        <w:t xml:space="preserve">    {</w:t>
        <w:br/>
        <w:t xml:space="preserve">        "channelId": 1779741,</w:t>
        <w:br/>
        <w:t xml:space="preserve">        "cover": "//liveimages.videocc.net/uploadimage/20200707/chat_img_1779741_15941160086266.jpeg?x-oss-process=image/crop,x_437,y_157,w_406,h_406",</w:t>
        <w:br/>
        <w:t xml:space="preserve">        "createdTime": 1594116013000,</w:t>
        <w:br/>
        <w:t xml:space="preserve">        "lastModified": 1599621435000,</w:t>
        <w:br/>
        <w:t xml:space="preserve">        "link": "http://www.msuno.cn",</w:t>
        <w:br/>
        <w:t xml:space="preserve">        "linkType": 10,</w:t>
        <w:br/>
        <w:t xml:space="preserve">        "mobileAppLink": "",</w:t>
        <w:br/>
        <w:t xml:space="preserve">        "mobileLink": "",</w:t>
        <w:br/>
        <w:t xml:space="preserve">        "name": "goods02",</w:t>
        <w:br/>
        <w:t xml:space="preserve">        "pcLink": "",</w:t>
        <w:br/>
        <w:t xml:space="preserve">        "price": 29,</w:t>
        <w:br/>
        <w:t xml:space="preserve">        "productId": 2129,</w:t>
        <w:br/>
        <w:t xml:space="preserve">        "rank": 15,</w:t>
        <w:br/>
        <w:t xml:space="preserve">        "realPrice": 12,</w:t>
        <w:br/>
        <w:t xml:space="preserve">        "showId": 3,</w:t>
        <w:br/>
        <w:t xml:space="preserve">        "status": 1,</w:t>
        <w:br/>
        <w:t xml:space="preserve">        "type": "live",</w:t>
        <w:br/>
        <w:t xml:space="preserve">        "userId": "ee7fe7fbda",</w:t>
        <w:br/>
        <w:t xml:space="preserve">        "wxMiniprogramLink": "",</w:t>
        <w:br/>
        <w:t xml:space="preserve">        "wxMiniprogramOriginalId": ""</w:t>
        <w:br/>
        <w:t xml:space="preserve">    },</w:t>
        <w:br/>
        <w:t xml:space="preserve">    {</w:t>
        <w:br/>
        <w:t xml:space="preserve">        "channelId": 1779741,</w:t>
        <w:br/>
        <w:t xml:space="preserve">        "cover": "//liveimages.videocc.net/uploadimage/20200910/chat_img_1779741_15997324532526.jpeg?x-oss-process=image/crop,x_280,y_0,w_719,h_719",</w:t>
        <w:br/>
        <w:t xml:space="preserve">        "createdTime": 1594116048000,</w:t>
        <w:br/>
        <w:t xml:space="preserve">        "lastModified": 1599756500000,</w:t>
        <w:br/>
        <w:t xml:space="preserve">        "link": "",</w:t>
        <w:br/>
        <w:t xml:space="preserve">        "linkType": 11,</w:t>
        <w:br/>
        <w:t xml:space="preserve">        "mobileAppLink": "",</w:t>
        <w:br/>
        <w:t xml:space="preserve">        "mobileLink": "",</w:t>
        <w:br/>
        <w:t xml:space="preserve">        "name": "1111",</w:t>
        <w:br/>
        <w:t xml:space="preserve">        "params": "{\"222\": 123}",</w:t>
        <w:br/>
        <w:t xml:space="preserve">        "pcLink": "https://www.msuno.cn",</w:t>
        <w:br/>
        <w:t xml:space="preserve">        "price": 23.01,</w:t>
        <w:br/>
        <w:t xml:space="preserve">        "productId": 2130,</w:t>
        <w:br/>
        <w:t xml:space="preserve">        "rank": 11,</w:t>
        <w:br/>
        <w:t xml:space="preserve">        "realPrice": 11.02,</w:t>
        <w:br/>
        <w:t xml:space="preserve">        "showId": 2,</w:t>
        <w:br/>
        <w:t xml:space="preserve">        "status": 1,</w:t>
        <w:br/>
        <w:t xml:space="preserve">        "type": "live",</w:t>
        <w:br/>
        <w:t xml:space="preserve">        "userId": "ee7fe7fbda",</w:t>
        <w:br/>
        <w:t xml:space="preserve">        "wxMiniprogramLink": "",</w:t>
        <w:br/>
        <w:t xml:space="preserve">        "wxMiniprogramOriginalId": ""</w:t>
        <w:br/>
        <w:t xml:space="preserve">    }</w:t>
        <w:br/>
        <w:t>]</w:t>
        <w:br/>
        <w:t>// 10商品库开关</w:t>
        <w:br/>
        <w:t>{</w:t>
        <w:br/>
        <w:t xml:space="preserve">    "content": "",</w:t>
        <w:br/>
        <w:t xml:space="preserve">    "enabled": "N",</w:t>
        <w:br/>
        <w:t xml:space="preserve">    "menuId": "e30e6d716a",</w:t>
        <w:br/>
        <w:t xml:space="preserve">    "menuType": "buy",</w:t>
        <w:br/>
        <w:t xml:space="preserve">    "name": "边看边买",</w:t>
        <w:br/>
        <w:t xml:space="preserve">    "ordered": 6</w:t>
        <w:br/>
        <w:t>}</w:t>
      </w: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频道号格式错误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"param is not digit: dsadasd",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should not be empty: msg",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请求体数据过长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length is incorrect: 1000",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暂无作用，不可作为判断依据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"http://api.polyv.net/live/v3/channel/chat/send-product-msg";</w:t>
        <w:br/>
        <w:t xml:space="preserve">        // 用户对应的appId和加密串</w:t>
        <w:br/>
        <w:t xml:space="preserve">        String appId = "xxxxxx";</w:t>
        <w:br/>
        <w:t xml:space="preserve">        String appSecret = "xxxxxxxxxxxxxxxxxxxxxxx";</w:t>
        <w:br/>
        <w:t xml:space="preserve">        // 查询频道号</w:t>
        <w:br/>
        <w:t xml:space="preserve">        String channelId = "1796673";</w:t>
        <w:br/>
        <w:t xml:space="preserve">        Map&lt;String, String&gt; params = new HashMap&lt;&gt;();</w:t>
        <w:br/>
        <w:t xml:space="preserve">        params.put("channelId", channelId);</w:t>
        <w:br/>
        <w:t xml:space="preserve">        params.put("status", "1");</w:t>
        <w:br/>
        <w:t xml:space="preserve">        // 调用Polyv的工具类方法设置sign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.sendHttpPostJson(url + "?" + PolyvTool.mapJoinNotEncode(params), "json请求体", null);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发送聊天室商品信息socket接口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