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获取频道推流URL的接口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https://api.polyv.net/live/v3/channel/stream/get-push-url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1、接口用于获取频道推流地址</w:t>
        <w:br/>
        <w:t>2、接口支持https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 "rtmp://push-c1.videocc.net/recordf/streamname"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频道的推流url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"https://api.polyv.net/live/v3/channel/stream/get-push-url";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100001);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获取频道推流URL的接口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