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查询场次信息列表</w:t>
      </w:r>
    </w:p>
    <w:p>
      <w:pPr>
        <w:pStyle w:val="Heading2"/>
      </w:pPr>
      <w:r>
        <w:t>接口URL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http://api.polyv.net/live/v3/channel/session/simple-list</w:t>
      </w:r>
    </w:p>
    <w:p>
      <w:pPr>
        <w:pStyle w:val="Heading2"/>
      </w:pPr>
      <w:r>
        <w:t>接口说明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获取直播的场次信息列表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接口支持https</w:t>
      </w:r>
    </w:p>
    <w:p>
      <w:pPr>
        <w:pStyle w:val="Heading2"/>
      </w:pPr>
      <w:r>
        <w:t>请求方式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GET</w:t>
      </w:r>
    </w:p>
    <w:p>
      <w:pPr>
        <w:pStyle w:val="Heading2"/>
      </w:pPr>
      <w:r>
        <w:t>请求参数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类型及范围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签名，为32位大写的MD5值,生成签名的appSecret密钥作为通信数据安全的关键信息，严禁保存在客户端直接使用，所有API都必须通过客户自己服务器中转调用POLYV服务器获取响应数据【详见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签名生成规则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开发者账号下的appId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13位当前时间的时间戳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频道ID，当不传频道ID就是查询用户下所有频道的场次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start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开始时间，格式： 13位时间戳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end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结束时间，格式：13位时间戳</w:t>
            </w:r>
          </w:p>
        </w:tc>
      </w:tr>
    </w:tbl>
    <w:p>
      <w:pPr>
        <w:spacing w:after="40"/>
      </w:pPr>
    </w:p>
    <w:p>
      <w:pPr>
        <w:pStyle w:val="Heading2"/>
      </w:pPr>
      <w:r>
        <w:t>返回正确结果JSON示例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"code":200,</w:t>
        <w:br/>
        <w:t xml:space="preserve">    "status":"success",</w:t>
        <w:br/>
        <w:t xml:space="preserve">    "message":"",</w:t>
        <w:br/>
        <w:t xml:space="preserve">    "data":[</w:t>
        <w:br/>
        <w:t xml:space="preserve">        {</w:t>
        <w:br/>
        <w:t xml:space="preserve">            "sessionId":"fmwuubgojd",</w:t>
        <w:br/>
        <w:t xml:space="preserve">            "channelId":1362350,</w:t>
        <w:br/>
        <w:t xml:space="preserve">            "channelAccount":null,</w:t>
        <w:br/>
        <w:t xml:space="preserve">            "liveType":"alone",</w:t>
        <w:br/>
        <w:t xml:space="preserve">            "streamName":"4d57ea01de1587722394602020e",</w:t>
        <w:br/>
        <w:t xml:space="preserve">            "createdTime":1588038557000,</w:t>
        <w:br/>
        <w:t xml:space="preserve">            "lastModified":1588038557000,</w:t>
        <w:br/>
        <w:t xml:space="preserve">            "pushClient":"mac"</w:t>
        <w:br/>
        <w:t xml:space="preserve">        },</w:t>
        <w:br/>
        <w:t xml:space="preserve">        {</w:t>
        <w:br/>
        <w:t xml:space="preserve">            "sessionId":"fmsv7rte20",</w:t>
        <w:br/>
        <w:t xml:space="preserve">            "channelId":1362350,</w:t>
        <w:br/>
        <w:t xml:space="preserve">            "channelAccount":null,</w:t>
        <w:br/>
        <w:t xml:space="preserve">            "liveType":"alone",</w:t>
        <w:br/>
        <w:t xml:space="preserve">            "streamName":"4d57ea01de1587722394602020e",</w:t>
        <w:br/>
        <w:t xml:space="preserve">            "createdTime":1587725914000,</w:t>
        <w:br/>
        <w:t xml:space="preserve">            "lastModified":1587725914000,</w:t>
        <w:br/>
        <w:t xml:space="preserve">            "pushClient":"mac"</w:t>
        <w:br/>
        <w:t xml:space="preserve">        },</w:t>
        <w:br/>
        <w:t xml:space="preserve">        {</w:t>
        <w:br/>
        <w:t xml:space="preserve">            "sessionId":"fmsutw2fn5",</w:t>
        <w:br/>
        <w:t xml:space="preserve">            "channelId":1362350,</w:t>
        <w:br/>
        <w:t xml:space="preserve">            "channelAccount":null,</w:t>
        <w:br/>
        <w:t xml:space="preserve">            "liveType":"alone",</w:t>
        <w:br/>
        <w:t xml:space="preserve">            "streamName":"4d57ea01de1587722394602020e",</w:t>
        <w:br/>
        <w:t xml:space="preserve">            "createdTime":1587725075000,</w:t>
        <w:br/>
        <w:t xml:space="preserve">            "lastModified":1587725075000,</w:t>
        <w:br/>
        <w:t xml:space="preserve">            "pushClient":"mac"</w:t>
        <w:br/>
        <w:t xml:space="preserve">        }</w:t>
        <w:br/>
        <w:t xml:space="preserve">    ]</w:t>
        <w:br/>
        <w:t>}</w:t>
      </w:r>
    </w:p>
    <w:p>
      <w:pPr>
        <w:pStyle w:val="Heading2"/>
      </w:pPr>
      <w:r>
        <w:t>响应失败JSON示例：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未输入appId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"status": "error",</w:t>
        <w:br/>
        <w:t xml:space="preserve">    "message": "appId is required.",</w:t>
        <w:br/>
        <w:t xml:space="preserve">    "data": ""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appId不正确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"status": "error",</w:t>
        <w:br/>
        <w:t xml:space="preserve">    "message": "application not found.",</w:t>
        <w:br/>
        <w:t xml:space="preserve">    "data": ""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时间戳错误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"status": "error",</w:t>
        <w:br/>
        <w:t xml:space="preserve">    "message": "invalid timestamp.",</w:t>
        <w:br/>
        <w:t xml:space="preserve">    "data": ""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签名错误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403,</w:t>
        <w:br/>
        <w:t xml:space="preserve">    "status": "error",</w:t>
        <w:br/>
        <w:t xml:space="preserve">    "message": "invalid signature.",</w:t>
        <w:br/>
        <w:t xml:space="preserve">    "data": ""</w:t>
        <w:br/>
        <w:t>}</w:t>
      </w:r>
    </w:p>
    <w:p>
      <w:pPr>
        <w:pStyle w:val="Heading2"/>
      </w:pPr>
      <w:r>
        <w:t>字段说明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字段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类型及范围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接口请求状态码，200表示成功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接口请求状态，"success"表示成功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message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请求失败时返回的错误信息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列表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查询的结果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data.sessionId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场次ID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data.channelId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data.channelAccount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子账号ID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data.liveType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频道对应的场景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data.streamName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直播的流名称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data.createdTime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创建时间，13位的时间戳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data.lastModified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最后修改时间，13位的时间戳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data.pushClient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推流的客户端</w:t>
            </w:r>
          </w:p>
        </w:tc>
      </w:tr>
    </w:tbl>
    <w:p>
      <w:pPr>
        <w:spacing w:after="40"/>
      </w:pPr>
    </w:p>
    <w:p>
      <w:pPr>
        <w:pStyle w:val="Heading2"/>
      </w:pPr>
      <w:r>
        <w:t>PHP请求示例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&lt;?php</w:t>
        <w:br/>
        <w:br/>
        <w:t>//引用config.php</w:t>
        <w:br/>
        <w:t>include 'config.php';</w:t>
        <w:br/>
        <w:br/>
        <w:t>$type = "mic";</w:t>
        <w:br/>
        <w:t>$params = array(</w:t>
        <w:br/>
        <w:t xml:space="preserve">        'appId'=&gt;$appId,</w:t>
        <w:br/>
        <w:t xml:space="preserve">        'channelId'=&gt;$channelId,</w:t>
        <w:br/>
        <w:t xml:space="preserve">        'start'=&gt;$start,</w:t>
        <w:br/>
        <w:t xml:space="preserve">        'end'=&gt;$end,</w:t>
        <w:br/>
        <w:t xml:space="preserve">        'timestamp'=&gt;$timestamp</w:t>
        <w:br/>
        <w:t xml:space="preserve">    );</w:t>
        <w:br/>
        <w:br/>
        <w:t>//生成sign</w:t>
        <w:br/>
        <w:t>$sign = getSign($params); //详细查看config.php文件</w:t>
        <w:br/>
        <w:t>$params['sign'] = $sign;</w:t>
        <w:br/>
        <w:t>$url="http://api.polyv.net/live/v3/channel/session/simple-list?".http_build_query($params);</w:t>
        <w:br/>
        <w:t>echo "&lt;script&gt;window.location.href='$url'&lt;/script&gt;";</w:t>
        <w:br/>
        <w:t>?&gt;</w:t>
        <w:br/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查询场次信息列表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