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获取观众观看调用接口token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http://api.polyv.net/live/v3/channel/watch/get-api-token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1、获取观众观看调用接口token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观众viewerId，长度：1-64位字符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"token": "fri7txjyy1"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返回接口对象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调用接口token， 8小时有效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"http://api.polyv.net/live/v3/channel/watch/get-api-token";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ab/>
        <w:tab/>
        <w:t>params.put("viewerId", "1234567890");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params, null);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获取观众观看调用接口token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