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获取直播带货商品列表信息接口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http://api.polyv.net/live/v3/channel/product/getListByRank</w:t>
      </w:r>
    </w:p>
    <w:p>
      <w:pPr>
        <w:pStyle w:val="Heading2"/>
      </w:pPr>
      <w:r>
        <w:t>接口说明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1、通过频道号和排序号获取排序号之后的上架商品列表</w:t>
        <w:br/>
        <w:t>2、不传排序号获取最前面的上架商品列表</w:t>
        <w:br/>
        <w:t>2、接口支持https</w:t>
      </w:r>
    </w:p>
    <w:p>
      <w:pPr>
        <w:pStyle w:val="Heading2"/>
      </w:pPr>
      <w:r>
        <w:t>支持格式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JSON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请求数限制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TRUE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从API设置中获取，在直播系统登记的appId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rank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排序号</w:t>
            </w:r>
          </w:p>
        </w:tc>
      </w:tr>
    </w:tbl>
    <w:p>
      <w:pPr>
        <w:spacing w:after="40"/>
      </w:pPr>
    </w:p>
    <w:p>
      <w:pPr>
        <w:pStyle w:val="Heading2"/>
      </w:pPr>
      <w:r>
        <w:t>响应成功JSON示例：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{</w:t>
        <w:br/>
        <w:t xml:space="preserve">        "total": 1,</w:t>
        <w:br/>
        <w:t xml:space="preserve">        "content": [</w:t>
        <w:br/>
        <w:t xml:space="preserve">            {</w:t>
        <w:br/>
        <w:t xml:space="preserve">                "productId": 2128,</w:t>
        <w:br/>
        <w:t xml:space="preserve">                "userId": "ee7fe7fbda",</w:t>
        <w:br/>
        <w:t xml:space="preserve">                "channelId": 1779741,</w:t>
        <w:br/>
        <w:t xml:space="preserve">                "name": "goods01",</w:t>
        <w:br/>
        <w:t xml:space="preserve">                "price": null,</w:t>
        <w:br/>
        <w:t xml:space="preserve">                "cover": "//liveimages.videocc.net/uploadimage/20200707/chat_img_1779741_15941158896246.png?x-oss-process=image/crop,x_142,y_142,w_355,h_355",</w:t>
        <w:br/>
        <w:t xml:space="preserve">                "link": "http://www.msuno.cn",</w:t>
        <w:br/>
        <w:t xml:space="preserve">                "status": 1,</w:t>
        <w:br/>
        <w:t xml:space="preserve">                "createdTime": 1594115895000,</w:t>
        <w:br/>
        <w:t xml:space="preserve">                "lastModified": 1597388856000,</w:t>
        <w:br/>
        <w:t xml:space="preserve">                "rank": 11,</w:t>
        <w:br/>
        <w:t xml:space="preserve">                "realPrice": 12.98,</w:t>
        <w:br/>
        <w:t xml:space="preserve">                "type": "live",</w:t>
        <w:br/>
        <w:t xml:space="preserve">                "linkType": 10,</w:t>
        <w:br/>
        <w:t xml:space="preserve">                "pcLink": "",</w:t>
        <w:br/>
        <w:t xml:space="preserve">                "mobileLink": "",</w:t>
        <w:br/>
        <w:t xml:space="preserve">                "wxMiniprogramLink": "",</w:t>
        <w:br/>
        <w:t xml:space="preserve">                "wxMiniprogramOriginalId": ""</w:t>
        <w:br/>
        <w:t xml:space="preserve">            }</w:t>
        <w:br/>
        <w:t xml:space="preserve">        ]</w:t>
        <w:br/>
        <w:t xml:space="preserve">    }</w:t>
        <w:br/>
        <w:t>}</w:t>
      </w:r>
    </w:p>
    <w:p>
      <w:pPr>
        <w:pStyle w:val="Heading2"/>
      </w:pPr>
      <w:r>
        <w:t>响应失败JSON示例：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未输入appId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"appId is required.",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appId不正确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"application not found.",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时间戳错误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timestamp.",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响应代码，成功为200，失败为400，签名错误为401，异常错误500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成功为success，失败为error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错误时为错误提示消息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响应结果集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总上架商品数量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商品列表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商品唯一Id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用户userId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商品价格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商品图片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商品通用跳转链接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商品状态，上架：1，只返回上架状态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lastModified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修改时间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rank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商品排序号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realPrice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商品真实价格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商品类型，live：直播后台商品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linkType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商品跳转类型，10：通用跳转，11:多平台跳转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pcLink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pc端商品跳转链接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mobileLink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手机端商品跳转链接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wxMiniprogramLink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wx商品跳转链接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wxMiniprogramOriginalId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wx商品跳转链接中的原id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public static void main(String[] args) {</w:t>
        <w:br/>
        <w:t xml:space="preserve">        String url = "http://api.polyv.net/live/v3/channel/product/getListByRank";</w:t>
        <w:br/>
        <w:t xml:space="preserve">        // 用户对应的appId和加密串</w:t>
        <w:br/>
        <w:t xml:space="preserve">        String appId = "xxxxxxxxx";</w:t>
        <w:br/>
        <w:t xml:space="preserve">        String appSecret = "xxxxxxxxxxxxxxxxxxxxxxxxxx";</w:t>
        <w:br/>
        <w:t xml:space="preserve">        Map&lt;String, String&gt; params = new HashMap&lt;&gt;();</w:t>
        <w:br/>
        <w:tab/>
        <w:tab/>
        <w:t>param.put("channelId", "0000000");</w:t>
        <w:br/>
        <w:t xml:space="preserve">        PolyvTool.setLiveSign(params, appId, appSecret);</w:t>
        <w:br/>
        <w:t xml:space="preserve">        // 调用Polyv的httpClient工具类发送请求</w:t>
        <w:br/>
        <w:t xml:space="preserve">        String content = HttpClientUtil.getInstance()</w:t>
        <w:br/>
        <w:t xml:space="preserve">                .sendHttpGet(url + "?" + PolyvTool.mapJoinNotEncode(params));</w:t>
        <w:br/>
        <w:t xml:space="preserve">        System.out.println(content);</w:t>
        <w:br/>
        <w:t xml:space="preserve">    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获取直播带货商品列表信息接口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