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批量创建答题卡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https://api.polyv.net/live/v3/channel/question/batch-save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批量创建答题卡，创建一套直播频道答题卡模板与相对应的模板题目。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模板名称，不传不会生成答题卡模板数据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模板状态unused：上传成功，used：使用中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questions[].identifyId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记录题目ID,接口成功后会返回这个id对应系统的questionId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题目类型R:单选，C:多选，S:评分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questions[].option1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选项1，option不能同时为空，有数据必须连续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questions[].option2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选项2，option不能同时为空，有数据必须连续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questions[].option3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选项3，option不能同时为空，有数据必须连续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questions[].option4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选项4，option不能同时为空，有数据必须连续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questions[].option5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选项5，option不能同时为空，有数据必须连续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当questions[].type 是评分时，非必填，单选，多选答案，比如多选ABC,单选A（单选不能有两个）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questions[].tips1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当questions[].type是评分，传入option1相应的值 ,也就是分值提示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questions[].tips2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当questions[].type是评分，传入option2相应的值 ,也就是分值提示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questions[].tips3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当questions[].type是评分，传入option3相应的值 ,也就是分值提示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questions[].tips4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当questions[].type是评分，传入option4相应的值 ,也就是分值提示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questions[].tips5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当questions[].type是评分，传入option5相应的值 ,也就是分值提示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注：这里的channelId,appId,timestamp,sign必须通过url传参，json数据通过请求体传参，如: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https://api.polyv.net/live/v3/channel/questionnaire/add-edit-questionnaire?channelId={{channelId}}&amp;appId={{appId}}&amp;timestamp={{timestamp}}&amp;sign={{sign}}</w:t>
      </w:r>
    </w:p>
    <w:p>
      <w:pPr>
        <w:pStyle w:val="Heading2"/>
      </w:pPr>
      <w:r>
        <w:t>body入参示例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"name":"nana",</w:t>
        <w:br/>
        <w:tab/>
        <w:t>"questions": [</w:t>
        <w:br/>
        <w:tab/>
        <w:tab/>
        <w:t>{</w:t>
        <w:br/>
        <w:tab/>
        <w:tab/>
        <w:tab/>
        <w:t>"identifyId": "123",</w:t>
        <w:br/>
        <w:tab/>
        <w:tab/>
        <w:tab/>
        <w:t>"name":"第一题",</w:t>
        <w:br/>
        <w:tab/>
        <w:tab/>
        <w:tab/>
        <w:t>"type":"R",</w:t>
        <w:br/>
        <w:tab/>
        <w:tab/>
        <w:tab/>
        <w:t>"option1": "哈哈",</w:t>
        <w:br/>
        <w:tab/>
        <w:tab/>
        <w:tab/>
        <w:t>"option2": "测试",</w:t>
        <w:br/>
        <w:tab/>
        <w:tab/>
        <w:tab/>
        <w:t>"answer":"A"</w:t>
        <w:br/>
        <w:tab/>
        <w:tab/>
        <w:t>}</w:t>
        <w:br/>
        <w:tab/>
        <w:t>]</w:t>
        <w:br/>
        <w:t>}</w:t>
      </w:r>
    </w:p>
    <w:p>
      <w:pPr>
        <w:pStyle w:val="Heading2"/>
      </w:pPr>
      <w:r>
        <w:t>返回结果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成功结果</w:t>
        <w:br/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"templateId": "xxxxxx",</w:t>
        <w:br/>
        <w:tab/>
        <w:tab/>
        <w:t>"questionKey": {</w:t>
        <w:br/>
        <w:tab/>
        <w:tab/>
        <w:tab/>
        <w:t>"123": "xxxxx",</w:t>
        <w:br/>
        <w:tab/>
        <w:tab/>
        <w:tab/>
        <w:t>"identifyId2": "questionId2"</w:t>
        <w:br/>
        <w:tab/>
        <w:tab/>
        <w:t>}</w:t>
        <w:br/>
        <w:t xml:space="preserve">    }</w:t>
        <w:br/>
        <w:t>}</w:t>
      </w:r>
    </w:p>
    <w:p>
      <w:pPr>
        <w:pStyle w:val="Heading2"/>
      </w:pPr>
      <w:r>
        <w:t>失败返回json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未输入appId</w:t>
        <w:br/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  <w:br/>
        <w:t>// appId不正确</w:t>
        <w:br/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  <w:br/>
        <w:t>//时间戳错误</w:t>
        <w:br/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  <w:br/>
        <w:t>// 签名错误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  <w:br/>
        <w:t>// 频道号格式错误</w:t>
        <w:br/>
        <w:t>{</w:t>
        <w:br/>
        <w:t xml:space="preserve">  "code": 400,</w:t>
        <w:br/>
        <w:t xml:space="preserve">  "status": "error",</w:t>
        <w:br/>
        <w:t xml:space="preserve">  "message": "param is not digit: dsadasd",</w:t>
        <w:br/>
        <w:t xml:space="preserve">  "data": ""</w:t>
        <w:br/>
        <w:t>}</w:t>
      </w:r>
    </w:p>
    <w:p>
      <w:pPr>
        <w:pStyle w:val="Heading2"/>
      </w:pPr>
      <w:r>
        <w:t>响应参数说明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响应状态：success/error/fail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data.templateId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模板templateId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data.questionKey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模板题目,参数中的identifyId对应系统中的提问主键questionId,是一个对象，key-value形式，如果不需要对应题目与系统题目questionId,可以忽略该参数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</w:tr>
    </w:tbl>
    <w:p>
      <w:pPr>
        <w:spacing w:after="40"/>
      </w:pPr>
    </w:p>
    <w:p>
      <w:pPr>
        <w:pStyle w:val="Heading2"/>
      </w:pPr>
      <w:r>
        <w:t>响应错误说明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 is required.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未输入appId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 not found.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timestamp.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signature.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is not digit: dsadasd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频道号格式错误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 illegal. type 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xxxx name is blank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identifyId的题目标题为空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xxxx answer is blank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identifyId的题目答案为空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xxxx options are all blank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identifyId的所有选项为空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xxxx options are discontinuous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identifyId选项不连续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xxxx answer's option is empty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identifyId题目对应答案为空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xxxx illegal 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identifyId非法答案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$appId="xxxxxxxxxxx";</w:t>
        <w:br/>
        <w:t>$timestamp=time()*1000;</w:t>
        <w:br/>
        <w:t>$url = 'https://api.polyv.net/live/v3/channel/question/batch-save?';</w:t>
        <w:br/>
        <w:t>$header = array('application/json');</w:t>
        <w:br/>
        <w:t>$data = array(</w:t>
        <w:br/>
        <w:t xml:space="preserve">    'appId' =&gt; $appId,</w:t>
        <w:br/>
        <w:t xml:space="preserve">    'timestamp' =&gt; $timestamp,</w:t>
        <w:br/>
        <w:t xml:space="preserve">    'channelId' =&gt; 206204</w:t>
        <w:br/>
        <w:t>);</w:t>
        <w:br/>
        <w:t>$data["sign"]=$hash;</w:t>
        <w:br/>
        <w:t>$json = '{</w:t>
        <w:br/>
        <w:tab/>
        <w:t>"name":"nana",</w:t>
        <w:br/>
        <w:tab/>
        <w:t>"questions": [</w:t>
        <w:br/>
        <w:tab/>
        <w:tab/>
        <w:t>{</w:t>
        <w:br/>
        <w:tab/>
        <w:tab/>
        <w:tab/>
        <w:t>"identifyId": "123",</w:t>
        <w:br/>
        <w:tab/>
        <w:tab/>
        <w:tab/>
        <w:t>"name":"第一题",</w:t>
        <w:br/>
        <w:tab/>
        <w:tab/>
        <w:tab/>
        <w:t>"type":"R",</w:t>
        <w:br/>
        <w:tab/>
        <w:tab/>
        <w:tab/>
        <w:t>"option1": "哈哈",</w:t>
        <w:br/>
        <w:tab/>
        <w:tab/>
        <w:tab/>
        <w:t>"option2": "测试",</w:t>
        <w:br/>
        <w:tab/>
        <w:tab/>
        <w:tab/>
        <w:t>"answer":"A"</w:t>
        <w:br/>
        <w:tab/>
        <w:tab/>
        <w:t>}</w:t>
        <w:br/>
        <w:tab/>
        <w:t>]</w:t>
        <w:br/>
        <w:t>}'</w:t>
        <w:br/>
        <w:t>// 请求接口</w:t>
        <w:br/>
        <w:t>$ch = curl_init();</w:t>
        <w:br/>
        <w:t>curl_setopt($ch, CURLOPT_URL, $url.http_build_query($data));</w:t>
        <w:br/>
        <w:t>curl_setopt($ch, CURLOPT_HTTPHEADER, $header);</w:t>
        <w:br/>
        <w:t>curl_setopt($ch, CURLOPT_POST, 1);</w:t>
        <w:br/>
        <w:t>curl_setopt($ch, CURLOPT_RETURNTRANSFER, 1);</w:t>
        <w:br/>
        <w:t>curl_setopt($ch, CURLOPT_POSTFIELDS, $json);</w:t>
        <w:br/>
        <w:t>$sResult = curl_exec($ch);</w:t>
        <w:br/>
        <w:t>if($sError=curl_error($ch)){</w:t>
        <w:br/>
        <w:t xml:space="preserve">    die($sError);</w:t>
        <w:br/>
        <w:t>}</w:t>
        <w:br/>
        <w:t>curl_close($ch);</w:t>
        <w:br/>
        <w:t>//打印获得的数据</w:t>
        <w:br/>
        <w:t>print_r($sResult);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批量创建答题卡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