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获取频道分房间列表接口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http://api.polyv.net/live/v3/channel/detail/get-channel-roomIds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1、获取频道分房间列表信息</w:t>
        <w:br/>
        <w:t>2、接口支持https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"roomIds": [</w:t>
        <w:br/>
        <w:t xml:space="preserve">            "157468201",</w:t>
        <w:br/>
        <w:t xml:space="preserve">            "157468202"</w:t>
        <w:br/>
        <w:t xml:space="preserve">        ]</w:t>
        <w:br/>
        <w:t xml:space="preserve">    }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1779742",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roomIds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频道分房间的房间号列表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"http://api.polyv.net/live/v3/channel/detail/get-channel-roomIds";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params.put("channelId", "0000000");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.sendHttpGet(url + "?" + PolyvTool.mapJoinNotEncode(params));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获取频道分房间列表接口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