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新东方-获取上传PPT文件token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https://document-2.polyv.net/api/live/user/upload/token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1、获取上传PPT文件token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3、上传文件到OSS参考 https://www.alibabacloud.com/help/zh/doc-detail/31927.htm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 (文件MD5+userId+type)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PPT类型，“common” 普通ppt ， “animate”动画PPT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文件名称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等待上传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"encodedCallback": "eyJjYWxsYmFja1VybCI6Imh0dHA6Ly9kb2N1bWVudC0yLnBvbHl2Lm5ldC90ZXN0L2FsaS9vc3MvY2FsbGJhY2svdXBsb2FkIiwiY2FsbGJhY2tIb3N0IjoiZG9jdW1lbnQtMi5wb2x5di5uZXQiLCJjYWxsYmFja0JvZHkiOiJvYmplY3Q9JHtvYmplY3R9JnNpemU9JHtzaXplfSZidWNrZXQ9JHtidWNrZXR9JmV0YWc9JHtldGFnfSZhdXRvSWQ9MTQ5MzcxNyZmaWxlSWQ9ZDg3MDBhODhhZGUxMDUyOTQwMTM3MDM4MTBmY2ZjMTNjZjdmMDdlMDk2YW5pbWF0ZSIsImNhbGxiYWNrQm9keVR5cGUiOiJhcHBsaWNhdGlvbi94LXd3dy1mb3JtLXVybGVuY29kZWQifQ==",</w:t>
        <w:br/>
        <w:t xml:space="preserve">        "signature": "fcrT21oNF7CMxAdI70D20hUu1fE=",</w:t>
        <w:br/>
        <w:t xml:space="preserve">        "autoId": "1493717",</w:t>
        <w:br/>
        <w:t xml:space="preserve">        "dir": "sources/20201028/",</w:t>
        <w:br/>
        <w:t xml:space="preserve">        "bucket": "polyvppt",</w:t>
        <w:br/>
        <w:t xml:space="preserve">        "accessId": "LTAIjy1Mrh8QQcQH",</w:t>
        <w:br/>
        <w:t xml:space="preserve">        "endpoint": "oss-cn-shenzhen.aliyuncs.com",</w:t>
        <w:br/>
        <w:t xml:space="preserve">        "expire": "1603941652",</w:t>
        <w:br/>
        <w:t xml:space="preserve">        "host": "http://polyvppt.oss-cn-shenzhen.aliyuncs.com",</w:t>
        <w:br/>
        <w:t xml:space="preserve">        "callback": "{\"callbackUrl\":\"http://document-2.polyv.net/test/ali/oss/callback/upload\",\"callbackHost\":\"document-2.polyv.net\",\"callbackBody\":\"object=${object}&amp;size=${size}&amp;bucket=${bucket}&amp;etag=${etag}&amp;autoId=1493717&amp;fileId=d8700a88ade105294013703810fcfc13cf7f07e096animate\",\"callbackBodyType\":\"application/x-www-form-urlencoded\"}",</w:t>
        <w:br/>
        <w:t xml:space="preserve">        "convertStatus": "waitUpload",</w:t>
        <w:br/>
        <w:t xml:space="preserve">        "fileId": "d8700a88ade105294013703810fcfc13cf7f07e096animate",</w:t>
        <w:br/>
        <w:t xml:space="preserve">        "object": "sources/20201028/d8700a88ade105294013703810fcfc13cf7f07e096animate.pptx",</w:t>
        <w:br/>
        <w:t xml:space="preserve">        "policy": "eyJleHBpcmF0aW9uIjoiMjAyMC0xMC0yOVQwMzoyMDo1Mi42OTJaIiwiY29uZGl0aW9ucyI6W1siY29udGVudC1sZW5ndGgtcmFuZ2UiLDAsMzIyMTIyNTQ3MjBdLFsic3RhcnRzLXdpdGgiLCIka2V5Iiwic291cmNlcy8yMDIwMTAyOC8iXV19"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等待转换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"autoId": "1492485",</w:t>
        <w:br/>
        <w:t xml:space="preserve">        "convertStatus": "waitConvert",</w:t>
        <w:br/>
        <w:t xml:space="preserve">        "fileId": "18947167af136724418f3cfa32343b29cf7f07e096animate"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转换成功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"autoId": "1493717",</w:t>
        <w:br/>
        <w:t xml:space="preserve">        "convertStatus": "normal",</w:t>
        <w:br/>
        <w:t xml:space="preserve">        "fileId": "d8700a88ade105294013703810fcfc13cf7f07e096animate"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文件类型错误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"file type is wrong",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请求失败时为空，请求成功为成功信息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data.autoId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data.convertStatus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PPT状态，“normal”  正常，不需要重复上传文件，已经有上传成功的相同PPT，可以直接进入轮询。“waitConvert”转换PPT中，已经有相同的文件正在转换中，直接进入轮询。“waitUpload” 等待上传状态，进入上传阿里云步骤。“failConvert” 转换失败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data.accessId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oss上传OSSAccessKeyId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data.signature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oss上传signature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data.policy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oss上传policy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data.endpoint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oss上传的endpoint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data.encodedCallback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oss上传的回调参数BASE64编码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data.callback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oss上传的回调参数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data.object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oss上传文档key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data.host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data.bucket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data.expire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oss上传有效时间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data.dir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上传到oss的文件夹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"https://document-2.polyv.net/api/live/user/upload/token";</w:t>
        <w:br/>
        <w:br/>
        <w:t xml:space="preserve">        Map&lt;String, String&gt; params = new HashMap&lt;&gt;();</w:t>
        <w:br/>
        <w:t xml:space="preserve">        params.put("fileId", "d8700a88ade105294013703810fcfc13cf7f07e096animate");</w:t>
        <w:br/>
        <w:tab/>
        <w:tab/>
        <w:t>params.put("type", "animate");</w:t>
        <w:br/>
        <w:tab/>
        <w:tab/>
        <w:t>params.put("fileName", "animate.pptx");</w:t>
        <w:br/>
        <w:tab/>
        <w:tab/>
        <w:t>params.put("userId", "cf7f07e096");</w:t>
        <w:br/>
        <w:t xml:space="preserve">        // 调用Polyv的httpClient工具类发送请求</w:t>
        <w:br/>
        <w:t xml:space="preserve">        String content = HttpClientUtil.getInstance().sendHttpPost(url,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新东方-获取上传PPT文件token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