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获取频道答题卡列表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https://api.polyv.net/live/v3/channel/question/list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1、接口用于获取频道答题卡列表</w:t>
        <w:br/>
        <w:t>2、接口支持https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查询开始时间，格式yyyy-MM-dd（和endDate一起不传默认查最近七天数据）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查询的结束时间，格式：yyyy-MM-dd（和startDate一起不传默认查七天数据）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页号，默认为1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每页条数，默认为10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成功</w:t>
        <w:br/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"pageNumber": 1,</w:t>
        <w:br/>
        <w:t xml:space="preserve">    "totalItems": 7,</w:t>
        <w:br/>
        <w:t xml:space="preserve">    "contents": [</w:t>
        <w:br/>
        <w:t xml:space="preserve">      {</w:t>
        <w:br/>
        <w:t xml:space="preserve">        "questionId": "",</w:t>
        <w:br/>
        <w:t xml:space="preserve">        "name": "text",</w:t>
        <w:br/>
        <w:t xml:space="preserve">        "type": "text",</w:t>
        <w:br/>
        <w:t xml:space="preserve">        "channelId": 4,</w:t>
        <w:br/>
        <w:t xml:space="preserve">        "userId": "text",</w:t>
        <w:br/>
        <w:t xml:space="preserve">        "note": "text",</w:t>
        <w:br/>
        <w:t xml:space="preserve">        "answer": "text",</w:t>
        <w:br/>
        <w:t xml:space="preserve">        "lastModified": 9,</w:t>
        <w:br/>
        <w:t xml:space="preserve">        "createdTime": 7,</w:t>
        <w:br/>
        <w:t xml:space="preserve">        "option4": "text",</w:t>
        <w:br/>
        <w:t xml:space="preserve">        "option5": "",</w:t>
        <w:br/>
        <w:t xml:space="preserve">        "option2": "text",</w:t>
        <w:br/>
        <w:t xml:space="preserve">        "option3": "text",</w:t>
        <w:br/>
        <w:t xml:space="preserve">        "option1": "text",</w:t>
        <w:br/>
        <w:t xml:space="preserve">        "times": 0</w:t>
        <w:br/>
        <w:t xml:space="preserve">      }</w:t>
        <w:br/>
        <w:t xml:space="preserve">    ],</w:t>
        <w:br/>
        <w:t xml:space="preserve">    "startRow": 9,</w:t>
        <w:br/>
        <w:t xml:space="preserve">    "firstPage": true,</w:t>
        <w:br/>
        <w:t xml:space="preserve">    "nextPageNumber": 3,</w:t>
        <w:br/>
        <w:t xml:space="preserve">    "prePageNumber": 2,</w:t>
        <w:br/>
        <w:t xml:space="preserve">    "totalPages": 6,</w:t>
        <w:br/>
        <w:t xml:space="preserve">    "lastPage": true,</w:t>
        <w:br/>
        <w:t xml:space="preserve">    "endRow": 7,</w:t>
        <w:br/>
        <w:t xml:space="preserve">    "limit": 10,</w:t>
        <w:br/>
        <w:t xml:space="preserve">    "offset": 1</w:t>
        <w:br/>
        <w:t xml:space="preserve">  }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响应的状态码，例如：200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异常错误信息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响应结果集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data.pageNumber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data.limit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每页记录数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data.totalItems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data.firstPage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是否为第一页，值为：true/false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data.lastPage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是否为最后一页，值为：true/false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data.nextPageNumber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下一页编号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data.prePageNumber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上一页编号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data.totalPages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data.startRow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当前页第一条记录所在列表中的位置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data.endRow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当前页最后一条记录所在列表中的位置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data.contents[0].questionId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data.contents[0].name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题目名称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data.contents[0].type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题目类型("R":单选,"C"：多选，"S": 评分, "Q": 问答)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data.contents[0].channelId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data.contents[0].userId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data.contents[0].answer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答案（abcd...）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data.contents[0].note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答案解析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data.contents[0].times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第几场答题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data.contents[0].option1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选项1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data.contents[0].option2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选项2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data.contents[0].option3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选项3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data.contents[0].option4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选项4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data.contents[0].option5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选项5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data.contents[0].lastModified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更新时间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data.contents[0].createdTime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>//引用config.php</w:t>
        <w:br/>
        <w:t>include 'config.php';</w:t>
        <w:br/>
        <w:t>$params = array(</w:t>
        <w:br/>
        <w:tab/>
        <w:t>'appId' =&gt; $appId,</w:t>
        <w:br/>
        <w:tab/>
        <w:t>'timestamp' =&gt; $timestamp,</w:t>
        <w:br/>
        <w:tab/>
        <w:t>'channelId' =&gt; 108888</w:t>
        <w:br/>
        <w:t>);</w:t>
        <w:br/>
        <w:br/>
        <w:t>//生成sign</w:t>
        <w:br/>
        <w:t>$sign = getSign($params); //详细查看config.php文件的getSign方法</w:t>
        <w:br/>
        <w:t>$params['sign'] = $sign;</w:t>
        <w:br/>
        <w:br/>
        <w:t>$url = "https://api.polyv.net/live/v3/channel/question/list?".http_build_query($params);</w:t>
        <w:br/>
        <w:br/>
        <w:t>$curl = curl_init();</w:t>
        <w:br/>
        <w:t>curl_setopt($curl, CURLOPT_RETURNTRANSFER, true);</w:t>
        <w:br/>
        <w:t>curl_setopt($curl, CURLOPT_TIMEOUT, 500);</w:t>
        <w:br/>
        <w:t>curl_setopt($curl, CURLOPT_POST, 1);</w:t>
        <w:br/>
        <w:t>curl_setopt($curl, CURLOPT_URL, $url);</w:t>
        <w:br/>
        <w:t>$res = curl_exec($curl);</w:t>
        <w:br/>
        <w:t>curl_close($curl);</w:t>
        <w:br/>
        <w:br/>
        <w:t>echo $res;</w:t>
        <w:br/>
        <w:t>?&gt;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获取频道答题卡列表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