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页面菜单设置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http://api.polyv.net/live/v3/channel/menu/update-list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1、接口用于频道的简单详情信息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菜单列表JSON格式，例如 [{"id1":"name1"}, {"id2":"name2"}]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 默认zh_CN中文、EN英文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页面菜单设置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