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获取账单详情列表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http://api.polyv.net/live/v3/finance/bill/list-detail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分页获取帐号日账单列表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账单类型，live：云直播，mic：连麦 , 默认：live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2,</w:t>
        <w:br/>
        <w:t xml:space="preserve">        "pageNumber": 1,</w:t>
        <w:br/>
        <w:t xml:space="preserve">        "totalItems": 123,</w:t>
        <w:br/>
        <w:t xml:space="preserve">        "contents": [</w:t>
        <w:br/>
        <w:t xml:space="preserve">            {</w:t>
        <w:br/>
        <w:t xml:space="preserve">                "id": "xx",</w:t>
        <w:br/>
        <w:t xml:space="preserve">                "total": 1,</w:t>
        <w:br/>
        <w:t xml:space="preserve">                "channelId": 431596,</w:t>
        <w:br/>
        <w:t xml:space="preserve">                "joinTime": "09:46:35",</w:t>
        <w:br/>
        <w:t xml:space="preserve">                "leaveTime": "09:46:38",</w:t>
        <w:br/>
        <w:t xml:space="preserve">                "resumeDate": "2020-03-25",</w:t>
        <w:br/>
        <w:t xml:space="preserve">                "uid": "1585100782973",</w:t>
        <w:br/>
        <w:t xml:space="preserve">                "productType": "云直播",</w:t>
        <w:br/>
        <w:t xml:space="preserve">                "desc": "回放",</w:t>
        <w:br/>
        <w:t xml:space="preserve">                "nick": "肇庆观众/87907"</w:t>
        <w:br/>
        <w:t xml:space="preserve">            },</w:t>
        <w:br/>
        <w:t xml:space="preserve">            {</w:t>
        <w:br/>
        <w:t xml:space="preserve">                "id": "xxx",</w:t>
        <w:br/>
        <w:t xml:space="preserve">                "total": 2,</w:t>
        <w:br/>
        <w:t xml:space="preserve">                "channelId": 902256,</w:t>
        <w:br/>
        <w:t xml:space="preserve">                "joinTime": "15:09:06",</w:t>
        <w:br/>
        <w:t xml:space="preserve">                "leaveTime": "15:10:39",</w:t>
        <w:br/>
        <w:t xml:space="preserve">                "resumeDate": "2020-03-24",</w:t>
        <w:br/>
        <w:t xml:space="preserve">                "uid": "60806543b2",</w:t>
        <w:br/>
        <w:t xml:space="preserve">                "productType": "云直播",</w:t>
        <w:br/>
        <w:t xml:space="preserve">                "desc": "直播",</w:t>
        <w:br/>
        <w:t xml:space="preserve">                "nick": "huahua li"</w:t>
        <w:br/>
        <w:t xml:space="preserve">            }</w:t>
        <w:br/>
        <w:t xml:space="preserve">        ],</w:t>
        <w:br/>
        <w:t xml:space="preserve">        "startRow": 1,</w:t>
        <w:br/>
        <w:t xml:space="preserve">        "firstPage": true,</w:t>
        <w:br/>
        <w:t xml:space="preserve">        "lastPage": false,</w:t>
        <w:br/>
        <w:t xml:space="preserve">        "nextPageNumber": 2,</w:t>
        <w:br/>
        <w:t xml:space="preserve">        "prePageNumber": 1,</w:t>
        <w:br/>
        <w:t xml:space="preserve">        "limit": 2,</w:t>
        <w:br/>
        <w:t xml:space="preserve">        "totalPages": 62,</w:t>
        <w:br/>
        <w:t xml:space="preserve">        "endRow": 2,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非法账单类型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bill type",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Paginator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账单的分页结果</w:t>
            </w:r>
          </w:p>
        </w:tc>
      </w:tr>
    </w:tbl>
    <w:p>
      <w:pPr>
        <w:spacing w:after="40"/>
      </w:pPr>
    </w:p>
    <w:p>
      <w:pPr>
        <w:pStyle w:val="Heading3"/>
      </w:pPr>
      <w:r>
        <w:t>数据对象字段说明</w:t>
      </w:r>
    </w:p>
    <w:p>
      <w:pPr>
        <w:pStyle w:val="Heading3"/>
      </w:pPr>
      <w:r>
        <w:t>Paginator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说明：抽奖记录的分页结果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</w:t>
            </w:r>
          </w:p>
        </w:tc>
      </w:tr>
    </w:tbl>
    <w:p>
      <w:pPr>
        <w:spacing w:after="40"/>
      </w:pPr>
    </w:p>
    <w:p>
      <w:pPr>
        <w:pStyle w:val="Heading3"/>
      </w:pPr>
      <w:r>
        <w:t>BillDetailModel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字符串，连麦和云直播有不同，连麦自曾，云直播可能为空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总消费时长,单位分钟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leaveTime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resumeDate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明细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$type = "mic";</w:t>
        <w:br/>
        <w:t>$params = array(</w:t>
        <w:br/>
        <w:t xml:space="preserve">        'appId'=&gt;$appId,</w:t>
        <w:br/>
        <w:t xml:space="preserve">        'type'=&gt;$type,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$url="http://api.polyv.net/live/v3/finance/bill/list-detail?".http_build_query($params);</w:t>
        <w:br/>
        <w:t>echo "&lt;script&gt;window.location.href='$url'&lt;/script&gt;";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获取账单详情列表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