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获取频道拉流地址接口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https://api.polyv.net/live/v3/channel/detail/get-pull-url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1、获取频道的拉流地址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GET,POST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"flv": "https://pull-huk.videocc.net/recordf/1c6dc3c666201909261628019107.m3u8?auth_key=1584335309-0-0-c0017cb24300497adb87aee6f617fdbd",</w:t>
        <w:br/>
        <w:t xml:space="preserve">     "m3u8": "https://pull-huk.videocc.net/recordf/1c6dc3c666201909206162819107.flv?auth_key=1584335309-0-0-7e5e327553f6800c148a485b6a8fff58"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非法的操作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"illegal operation.",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请求状态响应码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返回的结果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data.flv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flv的拉流地址，字符串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data.m3u8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m3u8的拉流地址，字符串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br/>
        <w:t>/接口需要的参数（非sign）赋值</w:t>
        <w:br/>
        <w:t>$params = array(</w:t>
        <w:br/>
        <w:t xml:space="preserve">    'appId'=&gt;$appId,</w:t>
        <w:br/>
        <w:tab/>
        <w:t>'channelId'=&gt;$channelId,</w:t>
        <w:br/>
        <w:t xml:space="preserve">    'timestamp'=&gt;$timestamp</w:t>
        <w:br/>
        <w:t xml:space="preserve">  );</w:t>
        <w:br/>
        <w:br/>
        <w:t>//生成sign</w:t>
        <w:br/>
        <w:t>$sign = getSign($params); //详细查看config.php文件的getSign方法</w:t>
        <w:br/>
        <w:br/>
        <w:t>//接口请求url</w:t>
        <w:br/>
        <w:t>$url = "http://api.polyv.net/live/v3/channel/detail/get-pull-url?appId=".$appId."&amp;timestamp=".$timestamp."&amp;sign=".$sign."&amp;channelId=".$channelId;</w:t>
        <w:br/>
        <w:t>//输出接口请求结果</w:t>
        <w:br/>
        <w:t>echo file_get_contents($url);</w:t>
        <w:br/>
        <w:br/>
        <w:t>?&gt;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获取频道拉流地址接口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