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查询观众回答频道问卷详情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https://api.polyv.net/live/v3/channel/questionnaire/detail-by-viewer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1、接口用于查询观众回答频道问卷详情</w:t>
        <w:br/>
        <w:t>2、问卷ID可以从获取频道问卷列表中获取</w:t>
        <w:br/>
        <w:t>3、接口支持https</w:t>
      </w:r>
    </w:p>
    <w:p>
      <w:pPr>
        <w:pStyle w:val="Heading2"/>
      </w:pPr>
      <w:r>
        <w:t>返回结果格式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"questionnaireId": "fefg598lfj",</w:t>
        <w:br/>
        <w:tab/>
        <w:tab/>
        <w:t>"customQuestionnaireId": "ddddxxx222",</w:t>
        <w:br/>
        <w:t xml:space="preserve">        "channelId": 108888,</w:t>
        <w:br/>
        <w:t xml:space="preserve">        "userId": "edvf2fpec9",</w:t>
        <w:br/>
        <w:t xml:space="preserve">        "name": "测试问卷_1564105496583",</w:t>
        <w:br/>
        <w:t xml:space="preserve">        "status": "forbidden",</w:t>
        <w:br/>
        <w:t xml:space="preserve">        "createdTime": 1564105498000,</w:t>
        <w:br/>
        <w:t xml:space="preserve">        "lastModified": 1564105498000,</w:t>
        <w:br/>
        <w:t xml:space="preserve">        "endTime": 1564105580000,</w:t>
        <w:br/>
        <w:t xml:space="preserve">        "questions": [</w:t>
        <w:br/>
        <w:t xml:space="preserve">            {</w:t>
        <w:br/>
        <w:t xml:space="preserve">                "questionId": "3839e04e78",</w:t>
        <w:br/>
        <w:t xml:space="preserve">                "channelId": 108888,</w:t>
        <w:br/>
        <w:t xml:space="preserve">                "userId": "edvf2fpec9",</w:t>
        <w:br/>
        <w:t xml:space="preserve">                "name": "您觉得课程怎么样",</w:t>
        <w:br/>
        <w:t xml:space="preserve">                "type": "C",</w:t>
        <w:br/>
        <w:t xml:space="preserve">                "option1": "好",</w:t>
        <w:br/>
        <w:t xml:space="preserve">                "option2": "很好",</w:t>
        <w:br/>
        <w:t xml:space="preserve">                "option3": "非常好",</w:t>
        <w:br/>
        <w:t xml:space="preserve">                "option4": "超级好",</w:t>
        <w:br/>
        <w:t xml:space="preserve">                "option5": "以上都对",</w:t>
        <w:br/>
        <w:t xml:space="preserve">                "createdTime": 1564105498000,</w:t>
        <w:br/>
        <w:t xml:space="preserve">                "lastModified": 1564105498000,</w:t>
        <w:br/>
        <w:t xml:space="preserve">                "answer": "",</w:t>
        <w:br/>
        <w:t xml:space="preserve">                "note": null,</w:t>
        <w:br/>
        <w:t xml:space="preserve">                "templateId": null,</w:t>
        <w:br/>
        <w:t xml:space="preserve">                "status": "draft",</w:t>
        <w:br/>
        <w:t xml:space="preserve">                "times": 0,</w:t>
        <w:br/>
        <w:t xml:space="preserve">                "tips1": null,</w:t>
        <w:br/>
        <w:t xml:space="preserve">                "tips2": null,</w:t>
        <w:br/>
        <w:t xml:space="preserve">                "tips3": null,</w:t>
        <w:br/>
        <w:t xml:space="preserve">                "tips4": null,</w:t>
        <w:br/>
        <w:t xml:space="preserve">                "tips5": null,</w:t>
        <w:br/>
        <w:t xml:space="preserve">                "required": "Y",</w:t>
        <w:br/>
        <w:t xml:space="preserve">                "scoreEnabled": "N",</w:t>
        <w:br/>
        <w:t xml:space="preserve">                "option6": "",</w:t>
        <w:br/>
        <w:t xml:space="preserve">                "option7": "",</w:t>
        <w:br/>
        <w:t xml:space="preserve">                "option8": "",</w:t>
        <w:br/>
        <w:t xml:space="preserve">                "option9": "",</w:t>
        <w:br/>
        <w:t xml:space="preserve">                "option10": "",</w:t>
        <w:br/>
        <w:t xml:space="preserve">                "score": null,</w:t>
        <w:br/>
        <w:t xml:space="preserve">                "itemType": 0,</w:t>
        <w:br/>
        <w:tab/>
        <w:tab/>
        <w:tab/>
        <w:tab/>
        <w:t>"viewerId": "xsxxxxx",</w:t>
        <w:br/>
        <w:tab/>
        <w:tab/>
        <w:tab/>
        <w:tab/>
        <w:t>"param4": "",</w:t>
        <w:br/>
        <w:tab/>
        <w:tab/>
        <w:tab/>
        <w:tab/>
        <w:t>"param5": "",</w:t>
        <w:br/>
        <w:tab/>
        <w:tab/>
        <w:tab/>
        <w:tab/>
        <w:t>"nickname": "aaa",</w:t>
        <w:br/>
        <w:tab/>
        <w:tab/>
        <w:tab/>
        <w:tab/>
        <w:t>"recordAnswer": "C"</w:t>
        <w:br/>
        <w:t xml:space="preserve">            },</w:t>
        <w:br/>
        <w:t xml:space="preserve">            {</w:t>
        <w:br/>
        <w:t xml:space="preserve">                "questionId": "c908c81e80",</w:t>
        <w:br/>
        <w:t xml:space="preserve">                "channelId": 108888,</w:t>
        <w:br/>
        <w:t xml:space="preserve">                "userId": "edvf2fpec9",</w:t>
        <w:br/>
        <w:t xml:space="preserve">                "name": "今后还会不会来",</w:t>
        <w:br/>
        <w:t xml:space="preserve">                "type": "R",</w:t>
        <w:br/>
        <w:t xml:space="preserve">                "option1": "会",</w:t>
        <w:br/>
        <w:t xml:space="preserve">                "option2": "不会",</w:t>
        <w:br/>
        <w:t xml:space="preserve">                "option3": "",</w:t>
        <w:br/>
        <w:t xml:space="preserve">                "option4": "",</w:t>
        <w:br/>
        <w:t xml:space="preserve">                "option5": "",</w:t>
        <w:br/>
        <w:t xml:space="preserve">                "createdTime": 1564105498000,</w:t>
        <w:br/>
        <w:t xml:space="preserve">                "lastModified": 1564105498000,</w:t>
        <w:br/>
        <w:t xml:space="preserve">                "answer": "",</w:t>
        <w:br/>
        <w:t xml:space="preserve">                "note": null,</w:t>
        <w:br/>
        <w:t xml:space="preserve">                "templateId": null,</w:t>
        <w:br/>
        <w:t xml:space="preserve">                "status": "draft",</w:t>
        <w:br/>
        <w:t xml:space="preserve">                "times": 0,</w:t>
        <w:br/>
        <w:t xml:space="preserve">                "tips1": null,</w:t>
        <w:br/>
        <w:t xml:space="preserve">                "tips2": null,</w:t>
        <w:br/>
        <w:t xml:space="preserve">                "tips3": null,</w:t>
        <w:br/>
        <w:t xml:space="preserve">                "tips4": null,</w:t>
        <w:br/>
        <w:t xml:space="preserve">                "tips5": null,</w:t>
        <w:br/>
        <w:t xml:space="preserve">                "required": "Y",</w:t>
        <w:br/>
        <w:t xml:space="preserve">                "scoreEnabled": "N",</w:t>
        <w:br/>
        <w:t xml:space="preserve">                "option6": "",</w:t>
        <w:br/>
        <w:t xml:space="preserve">                "option7": "",</w:t>
        <w:br/>
        <w:t xml:space="preserve">                "option8": "",</w:t>
        <w:br/>
        <w:t xml:space="preserve">                "option9": "",</w:t>
        <w:br/>
        <w:t xml:space="preserve">                "option10": "",</w:t>
        <w:br/>
        <w:t xml:space="preserve">                "score": null,</w:t>
        <w:br/>
        <w:t xml:space="preserve">                "itemType": 0,</w:t>
        <w:br/>
        <w:tab/>
        <w:tab/>
        <w:tab/>
        <w:tab/>
        <w:t>"viewerId": "xsxxxxx",</w:t>
        <w:br/>
        <w:tab/>
        <w:tab/>
        <w:tab/>
        <w:tab/>
        <w:t>"param4": "",</w:t>
        <w:br/>
        <w:tab/>
        <w:tab/>
        <w:tab/>
        <w:tab/>
        <w:t>"param5": "",</w:t>
        <w:br/>
        <w:tab/>
        <w:tab/>
        <w:tab/>
        <w:tab/>
        <w:t>"nickname": "aaa",</w:t>
        <w:br/>
        <w:tab/>
        <w:tab/>
        <w:tab/>
        <w:tab/>
        <w:t>"recordAnswer": "C"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问卷ID不存在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"data": "",</w:t>
        <w:br/>
        <w:t xml:space="preserve">    "message": "questionnaire is not exist",</w:t>
        <w:br/>
        <w:t xml:space="preserve">    "status": "error"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停止问卷时间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问卷问题列表</w:t>
            </w:r>
          </w:p>
        </w:tc>
      </w:tr>
    </w:tbl>
    <w:p>
      <w:pPr>
        <w:spacing w:after="40"/>
      </w:pPr>
    </w:p>
    <w:p>
      <w:pPr>
        <w:pStyle w:val="Heading3"/>
      </w:pPr>
      <w:r>
        <w:t>问卷问题模型类question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问题题目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问题类型，取值：R 单选；C 多选；S 评星题；Q 问答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option1~10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选项A~G 的内容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是否计分，取值Y、N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是否必填，取值Y、N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问题答案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问题回答答案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test() {</w:t>
        <w:br/>
        <w:t xml:space="preserve">        String url = "https://api.polyv.net/live/v3/channel/questionnaire/detail-by-viewer";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int channelId = 10001;</w:t>
        <w:br/>
        <w:tab/>
        <w:tab/>
        <w:t>String questionnaireId = "xxxxx";</w:t>
        <w:br/>
        <w:tab/>
        <w:tab/>
        <w:t>String viewerId = "xxxxx";</w:t>
        <w:br/>
        <w:t xml:space="preserve">        Map&lt;String, String&gt; params = new HashMap&lt;&gt;();</w:t>
        <w:br/>
        <w:t xml:space="preserve">        params.put("channelId", String.valueOf(channelId));</w:t>
        <w:br/>
        <w:t xml:space="preserve">        params.put("questionnaireId", questionnaireId);</w:t>
        <w:br/>
        <w:t xml:space="preserve">        params.put("viewerId", viewerId);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查询观众回答频道问卷详情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