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停止拉流直播接口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https://api.polyv.net/live/v3/channel/stream/stop-pull-stream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1、执行停止拉流直播操作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testStopPullStream() {</w:t>
        <w:br/>
        <w:t xml:space="preserve">        String url = "https://api.polyv.net/live/v3/channel/stream/stop-pull-stream";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int channelId = 10001;</w:t>
        <w:br/>
        <w:t xml:space="preserve">        Map&lt;String, String&gt; params = new HashMap&lt;&gt;();</w:t>
        <w:br/>
        <w:t xml:space="preserve">        params.put("channelId", String.valueOf(channelId));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停止拉流直播接口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