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通过频道聊天审核内容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https://api.polyv.net/live/v3/channel/chat/pass-censor-content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1、作用：用于通过聊天审核内容接口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当前时间的秒级时间戳（13位）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通过类型，“all”: 全部通过， “time”：当前时间段通过， “id”：通过聊天审核内容ID通过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聊天审核内容ID（当passType为“id”时必传）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13位时间戳（当passType为“time”时必传），会通过所传时间戳之前的所有聊天审核内容消息</w:t>
            </w:r>
          </w:p>
        </w:tc>
      </w:tr>
    </w:tbl>
    <w:p>
      <w:pPr>
        <w:spacing w:after="40"/>
      </w:pPr>
    </w:p>
    <w:p>
      <w:pPr>
        <w:pStyle w:val="Heading2"/>
      </w:pPr>
      <w:r>
        <w:t>操作成功响应示例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"message": "",</w:t>
        <w:br/>
        <w:t xml:space="preserve">  "status": "success",</w:t>
        <w:br/>
        <w:t xml:space="preserve">  "data": ""</w:t>
        <w:br/>
        <w:t>}</w:t>
      </w:r>
    </w:p>
    <w:p>
      <w:pPr>
        <w:pStyle w:val="Heading2"/>
      </w:pPr>
      <w:r>
        <w:t>操作失败响应示例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成功返回信息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'channelId' =&gt; '123456',</w:t>
        <w:br/>
        <w:t xml:space="preserve">  'passType' =&gt; 'id',</w:t>
        <w:br/>
        <w:t xml:space="preserve">  'id' =&gt; 'sdadada'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"https://api.polyv.net/live/v3/channel/chat/pass-censor-content?".http_build_query($params);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1);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通过频道聊天审核内容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