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异步下载聊天记录接口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http://api.polyv.net/live/v3/channel/chat/content/create-task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1、异步下载聊天室聊天记录接口</w:t>
        <w:br/>
        <w:t>2、如果异步下载成功，返回下载地址，下载地址有效期一天</w:t>
        <w:br/>
        <w:t>2、接口支持https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请求数限制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ab/>
        <w:t xml:space="preserve">   "status": "done",</w:t>
        <w:br/>
        <w:tab/>
        <w:t xml:space="preserve">   "url": "https://doc-oss.polyv.net/chat/export/xls/130760/130760_1597804097778.xls",</w:t>
        <w:br/>
        <w:tab/>
        <w:t xml:space="preserve">   "lastExportTime": 1597804097778</w:t>
        <w:br/>
        <w:t xml:space="preserve">    }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响应代码，成功为200，失败为400，签名错误为401，异常错误500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异步下载状态todo:待下载done:已完成doing:下载中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下载地址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lastExportTime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最后一次下载的时间，单位：毫秒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static void main(String[] args) {</w:t>
        <w:br/>
        <w:t xml:space="preserve">        String url = "http://api.polyv.net/live/v3/channel/chat/content/create-task";</w:t>
        <w:br/>
        <w:t xml:space="preserve">        // 用户对应的appId和加密串</w:t>
        <w:br/>
        <w:t xml:space="preserve">        String appId = "xxxxxxxxx";</w:t>
        <w:br/>
        <w:t xml:space="preserve">        String appSecret = "xxxxxxxxxxxxxxxxxxxxxxxxxx";</w:t>
        <w:br/>
        <w:t xml:space="preserve">        Map&lt;String, String&gt; params = new HashMap&lt;&gt;();</w:t>
        <w:br/>
        <w:tab/>
        <w:tab/>
        <w:t>params.put("channelId", "0000000");</w:t>
        <w:br/>
        <w:t xml:space="preserve">        PolyvTool.setLiveSign(params, appId, appSecret);</w:t>
        <w:br/>
        <w:t xml:space="preserve">        // 调用Polyv的httpClient工具类发送请求</w:t>
        <w:br/>
        <w:t xml:space="preserve">        String content = HttpClientUtil.getInstance()</w:t>
        <w:br/>
        <w:t xml:space="preserve">                .sendHttpPost(url, params);</w:t>
        <w:br/>
        <w:t xml:space="preserve">        System.out.println(content);</w:t>
        <w:br/>
        <w:t xml:space="preserve">   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异步下载聊天记录接口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