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获取每场直播的答题卡发送记录列表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https://api.polyv.net/live/v3/channel/question/list-interact-record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1、接口用于获取每场直播的答题卡发送记录列表</w:t>
        <w:br/>
        <w:t>2、接口支持https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查询开始时间时间戳,13位毫秒级, 不传默认查最近七天数据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查询的结束时间时间戳,13位毫秒级, 和startTime一起不传默认查七天数据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页号，默认为1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每页条数，默认为20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成功</w:t>
        <w:br/>
        <w:t>{</w:t>
        <w:br/>
        <w:t xml:space="preserve">  "code": 200,</w:t>
        <w:br/>
        <w:t xml:space="preserve">  "status": "success",</w:t>
        <w:br/>
        <w:t xml:space="preserve">  "message": null,</w:t>
        <w:br/>
        <w:t xml:space="preserve">  "data": {</w:t>
        <w:br/>
        <w:t xml:space="preserve">    "endRow": 8,</w:t>
        <w:br/>
        <w:t xml:space="preserve">    "contents": [</w:t>
        <w:br/>
        <w:t xml:space="preserve">      {</w:t>
        <w:br/>
        <w:t xml:space="preserve">        "status": 11,</w:t>
        <w:br/>
        <w:t xml:space="preserve">        "questionId": "asdfg12311",</w:t>
        <w:br/>
        <w:t xml:space="preserve">        "sessionId": "zxcvbasdfg",</w:t>
        <w:br/>
        <w:t xml:space="preserve">        "name": "今天天气怎么样",</w:t>
        <w:br/>
        <w:t xml:space="preserve">        "createdTime": 1589007127629,</w:t>
        <w:br/>
        <w:t xml:space="preserve">        "type": "R",</w:t>
        <w:br/>
        <w:t xml:space="preserve">        "channelId": 100000,</w:t>
        <w:br/>
        <w:t xml:space="preserve">        "userId": "poiu12wsde,</w:t>
        <w:br/>
        <w:t xml:space="preserve">        "times": 1</w:t>
        <w:br/>
        <w:t xml:space="preserve">      }</w:t>
        <w:br/>
        <w:t xml:space="preserve">    ],</w:t>
        <w:br/>
        <w:t xml:space="preserve">    "firstPage": true,</w:t>
        <w:br/>
        <w:t xml:space="preserve">    "lastPage": false,</w:t>
        <w:br/>
        <w:t xml:space="preserve">    "limit": 10,</w:t>
        <w:br/>
        <w:t xml:space="preserve">    "nextPageNumber": 8,</w:t>
        <w:br/>
        <w:t xml:space="preserve">    "offset": 10,</w:t>
        <w:br/>
        <w:t xml:space="preserve">    "pageNumber": 10,</w:t>
        <w:br/>
        <w:t xml:space="preserve">    "pageSize": 9,</w:t>
        <w:br/>
        <w:t xml:space="preserve">    "prePageNumber": 10,</w:t>
        <w:br/>
        <w:t xml:space="preserve">    "startRow": 5,</w:t>
        <w:br/>
        <w:t xml:space="preserve">    "totalItems": 8,</w:t>
        <w:br/>
        <w:t xml:space="preserve">    "totalPages": 3,</w:t>
        <w:br/>
        <w:t xml:space="preserve">    "occaecate": 62485716</w:t>
        <w:br/>
        <w:t xml:space="preserve">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当前页最后一条记录所在列表中的位置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题目类型("R":单选,"C"：多选，"S": 评分, "Q": 问答, "V": 投票)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第几次发题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发题状态（11 : 答题中， 12：结束答题，13：将答题结果发送给学员）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data.contents[0].createdTime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t>$params = array(</w:t>
        <w:br/>
        <w:tab/>
        <w:t>'appId' =&gt; $appId,</w:t>
        <w:br/>
        <w:tab/>
        <w:t>'timestamp' =&gt; $timestamp,</w:t>
        <w:br/>
        <w:tab/>
        <w:t>'channelId' =&gt; 108888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"https://api.polyv.net/live/v3/channel/question/list-interact-record?".http_build_query($params);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CURLOPT_POST, 1);</w:t>
        <w:br/>
        <w:t>curl_setopt($curl, CURLOPT_URL, $url);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获取每场直播的答题卡发送记录列表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