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193ce607740e90e98c5c7a5f888a978e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filename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193ce607740e90e98c5c7a5f888a978e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