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更新聊天审核开关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https://api.polyv.net/live/v3/channel/chat/update-censor-enabled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1、作用：用于更新聊天审核开关接口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true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设置成功返回当前聊天审核开关类型，开启为true，没开启为false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'channelId' =&gt; '123456'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"https://api.polyv.net/live/v3/channel/chat/update-censor-enabled?".http_build_query($params);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1);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更新聊天审核开关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