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分页获取转播子频道关联关系接口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http://api.polyv.net/live/v3/channel/transmit/get-transmit-list</w:t>
      </w:r>
    </w:p>
    <w:p>
      <w:pPr>
        <w:pStyle w:val="Heading2"/>
      </w:pPr>
      <w:r>
        <w:t>接口说明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1、分页获取频道转播子频道关联关系接口</w:t>
        <w:br/>
        <w:t>2、支持分页，最大每页1000条数据，最小每页1条数据</w:t>
        <w:br/>
        <w:t>3、接口支持https</w:t>
      </w:r>
    </w:p>
    <w:p>
      <w:pPr>
        <w:pStyle w:val="Heading2"/>
      </w:pPr>
      <w:r>
        <w:t>支持格式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JSON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请求数限制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TRUE</w:t>
      </w:r>
    </w:p>
    <w:p>
      <w:pPr>
        <w:pStyle w:val="Heading2"/>
      </w:pPr>
      <w:r>
        <w:t>请求参数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从API设置中获取，在直播系统登记的appId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第几页，默认：1（第一页）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每页数据大小，默认每页10条数据，最大每页1000条数据，最小每页1条数据</w:t>
            </w:r>
          </w:p>
        </w:tc>
      </w:tr>
    </w:tbl>
    <w:p>
      <w:pPr>
        <w:spacing w:after="40"/>
      </w:pPr>
    </w:p>
    <w:p>
      <w:pPr>
        <w:pStyle w:val="Heading2"/>
      </w:pPr>
      <w:r>
        <w:t>响应成功JSON示例：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"message": "",</w:t>
        <w:br/>
        <w:t xml:space="preserve">    "data": {</w:t>
        <w:br/>
        <w:t xml:space="preserve">        "pageSize": 10,</w:t>
        <w:br/>
        <w:t xml:space="preserve">        "pageNumber": 1,</w:t>
        <w:br/>
        <w:t xml:space="preserve">        "totalItems": 3,</w:t>
        <w:br/>
        <w:t xml:space="preserve">        "contents": [</w:t>
        <w:br/>
        <w:t xml:space="preserve">            {</w:t>
        <w:br/>
        <w:t xml:space="preserve">                "name": "888",</w:t>
        <w:br/>
        <w:t xml:space="preserve">                "channelId": 2040976,</w:t>
        <w:br/>
        <w:t xml:space="preserve">                "account": "0012040976",</w:t>
        <w:br/>
        <w:t xml:space="preserve">                "passwd": "xxxxxx"</w:t>
        <w:br/>
        <w:t xml:space="preserve">            },</w:t>
        <w:br/>
        <w:t xml:space="preserve">            {</w:t>
        <w:br/>
        <w:t xml:space="preserve">                "name": "接收转播频道01",</w:t>
        <w:br/>
        <w:t xml:space="preserve">                "channelId": 2041139,</w:t>
        <w:br/>
        <w:t xml:space="preserve">                "account": "0012041139",</w:t>
        <w:br/>
        <w:t xml:space="preserve">                "passwd": "xxxxxx"</w:t>
        <w:br/>
        <w:t xml:space="preserve">            },</w:t>
        <w:br/>
        <w:t xml:space="preserve">            {</w:t>
        <w:br/>
        <w:t xml:space="preserve">                "name": "接收转播频道02",</w:t>
        <w:br/>
        <w:t xml:space="preserve">                "channelId": 2041140,</w:t>
        <w:br/>
        <w:t xml:space="preserve">                "account": "0012041140",</w:t>
        <w:br/>
        <w:t xml:space="preserve">                "passwd": "xxxxxx"</w:t>
        <w:br/>
        <w:t xml:space="preserve">            }</w:t>
        <w:br/>
        <w:t xml:space="preserve">        ],</w:t>
        <w:br/>
        <w:t xml:space="preserve">        "startRow": 1,</w:t>
        <w:br/>
        <w:t xml:space="preserve">        "firstPage": true,</w:t>
        <w:br/>
        <w:t xml:space="preserve">        "lastPage": true,</w:t>
        <w:br/>
        <w:t xml:space="preserve">        "prePageNumber": 1,</w:t>
        <w:br/>
        <w:t xml:space="preserve">        "limit": 3,</w:t>
        <w:br/>
        <w:t xml:space="preserve">        "totalPages": 1,</w:t>
        <w:br/>
        <w:t xml:space="preserve">        "endRow": 3,</w:t>
        <w:br/>
        <w:t xml:space="preserve">        "nextPageNumber": 1,</w:t>
        <w:br/>
        <w:t xml:space="preserve">        "offset": 0</w:t>
        <w:br/>
        <w:t xml:space="preserve">    }</w:t>
        <w:br/>
        <w:t>}</w:t>
      </w:r>
    </w:p>
    <w:p>
      <w:pPr>
        <w:pStyle w:val="Heading2"/>
      </w:pPr>
      <w:r>
        <w:t>响应失败JSON示例：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未输入appId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"appId is required.",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appId不正确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"application not found.",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时间戳错误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timestamp.",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签名错误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403,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非法频道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403,</w:t>
        <w:br/>
        <w:t xml:space="preserve">    "status": "error",</w:t>
        <w:br/>
        <w:t xml:space="preserve">    "message": "illegal channel id: 1779742",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非法参数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"param is not digit: size",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参数数值超出规定范围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"number range error",</w:t>
        <w:br/>
        <w:t xml:space="preserve">    "data": ""</w:t>
        <w:br/>
        <w:t>}</w:t>
      </w:r>
    </w:p>
    <w:p>
      <w:pPr>
        <w:pStyle w:val="Heading2"/>
      </w:pPr>
      <w:r>
        <w:t>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响应代码，成功为200，失败为400，签名错误为401，异常错误500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成功为success，失败为error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错误时为错误提示消息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响应结果集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当前的页数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totalItems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总的条数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查询的结果列表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contents[0].name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contents[0].channelId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contents[0].account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助教账号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contents[0].passwd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频道密码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firstPage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是否为第一页，值为：true/false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lastPage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是否为最后一页，值为：true/false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nextPageNumber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下一页编号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prePageNumber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上一页编号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totalPages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总页数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startRow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当前页第一个数量的位置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endRow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当前页最后一个数量的位置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limit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每页数量大小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public static void main(String[] args) {</w:t>
        <w:br/>
        <w:t xml:space="preserve">        String url = "https://api.polyv.net/live/v3/channel/transmit/get-transmit-list";</w:t>
        <w:br/>
        <w:t xml:space="preserve">        // 用户对应的appId和加密串</w:t>
        <w:br/>
        <w:t xml:space="preserve">        String appId = "xxxxxxxxx";</w:t>
        <w:br/>
        <w:t xml:space="preserve">        String appSecret = "xxxxxxxxxxxxxxxxxxxxxxxxxx";</w:t>
        <w:br/>
        <w:t xml:space="preserve">        Map&lt;String, String&gt; params = new HashMap&lt;&gt;();</w:t>
        <w:br/>
        <w:tab/>
        <w:tab/>
        <w:t>params.put("channelId", "0000000");</w:t>
        <w:br/>
        <w:tab/>
        <w:tab/>
        <w:t>params.put("page", "1");</w:t>
        <w:br/>
        <w:tab/>
        <w:tab/>
        <w:t>params.put("pageSize", "10");</w:t>
        <w:br/>
        <w:t xml:space="preserve">        PolyvTool.setLiveSign(params, appId, appSecret);</w:t>
        <w:br/>
        <w:t xml:space="preserve">        // 调用Polyv的httpClient工具类发送请求</w:t>
        <w:br/>
        <w:t xml:space="preserve">        String content = HttpClientUtil.getInstance()</w:t>
        <w:br/>
        <w:t xml:space="preserve">                .sendHttpGet(url + "?" + PolyvTool.mapJoinNotEncode(params));</w:t>
        <w:br/>
        <w:t xml:space="preserve">        System.out.println(content);</w:t>
        <w:br/>
        <w:t xml:space="preserve">    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分页获取转播子频道关联关系接口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