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新东方-上传PPT文件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https://document-2.polyv.net/api/live/user/upload/ppt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1、上传PPT文件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请求参数（FORM表单）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PPT类型，“common” 普通ppt ， “animate”动画PPT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签名，签名方式:'POLYV_USER_PPT'+ 'userId' + userId + 'timestamp' + timestamp + 'POLYV_USER_PPT' 字符串进行MD5大写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"autoId": 1539983,</w:t>
        <w:br/>
        <w:t xml:space="preserve">        "fileId": "3872476de0879e8a3d76ecc344b899b1cf7f07e096animate",</w:t>
        <w:br/>
        <w:t xml:space="preserve">        "fileName": "123.pptx",</w:t>
        <w:br/>
        <w:t xml:space="preserve">        "fileUrl": "http://doc-2.polyv.net/sources/20201202/3872476de0879e8a3d76ecc344b899b1cf7f07e096animate.pptx",</w:t>
        <w:br/>
        <w:t xml:space="preserve">        "fileType": ".pptx",</w:t>
        <w:br/>
        <w:t xml:space="preserve">        "totalPage": null,</w:t>
        <w:br/>
        <w:t xml:space="preserve">        "channelId": "cf7f07e096",</w:t>
        <w:br/>
        <w:t xml:space="preserve">        "status": "waitConvert",</w:t>
        <w:br/>
        <w:t xml:space="preserve">        "createTime": 1606890386168,</w:t>
        <w:br/>
        <w:t xml:space="preserve">        "convertType": "animate",</w:t>
        <w:br/>
        <w:t xml:space="preserve">        "smallImagesZip": null,</w:t>
        <w:br/>
        <w:t xml:space="preserve">        "imagesZip": null,</w:t>
        <w:br/>
        <w:t xml:space="preserve">        "htmlUrlZip": null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"file type is wrong",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请求失败时为空，请求成功为成功信息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data.autoId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PPT状态，“normal”  正常，不需要重复上传文件，已经有上传成功的相同PPT，可以直接进入轮询。“waitConvert”转换PPT中，已经有相同的文件正在转换中，直接进入轮询。“waitUpload” 等待上传状态，进入上传阿里云步骤。“failConvert” 转换失败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data.convertType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data.smallImagesZip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小图ZIP地址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data.imagesZip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大图ZIP地址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data.htmlUrlZip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动效文件ZIP地址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</w:t>
            </w:r>
          </w:p>
        </w:tc>
      </w:tr>
    </w:tbl>
    <w:p>
      <w:pPr>
        <w:spacing w:after="40"/>
      </w:pP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1、PPT转换完成后通过POST方式间数据回调到用户的callback地址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2、用户成功接收回调后需要响应回调处理结果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3、没有接收到成功的响应回调结果，间隔5秒、10秒后会发起第二、第三次回调</w:t>
      </w:r>
    </w:p>
    <w:p>
      <w:pPr>
        <w:pStyle w:val="Heading2"/>
      </w:pPr>
      <w:r>
        <w:t>回调请求数据JSON示例：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"autoId": 1539983,</w:t>
        <w:br/>
        <w:tab/>
        <w:t>"fileId": "3872476de0879e8a3d76ecc344b899b1cf7f07e096animate",</w:t>
        <w:br/>
        <w:tab/>
        <w:t>"fileName": "123.pptx",</w:t>
        <w:br/>
        <w:tab/>
        <w:t>"fileUrl": "http://doc-2.polyv.net/sources/20201202/3872476de0879e8a3d76ecc344b899b1cf7f07e096animate.pptx",</w:t>
        <w:br/>
        <w:tab/>
        <w:t>"fileType": ".pptx",</w:t>
        <w:br/>
        <w:tab/>
        <w:t>"totalPage": 2,</w:t>
        <w:br/>
        <w:tab/>
        <w:t>"channelId": "cf7f07e096",</w:t>
        <w:br/>
        <w:tab/>
        <w:t>"status": "normal",</w:t>
        <w:br/>
        <w:tab/>
        <w:t>"createTime": 1606890386000,</w:t>
        <w:br/>
        <w:tab/>
        <w:t>"convertType": "animate",</w:t>
        <w:br/>
        <w:tab/>
        <w:t>"smallImagesZip": "http://doc-2.polyv.net/images/2020/12/3872476de0879e8a3d76ecc344b899b1cf7f07e096animate/smallImages.zip",</w:t>
        <w:br/>
        <w:tab/>
        <w:t>"imagesZip": "http://doc-2.polyv.net/images/2020/12/3872476de0879e8a3d76ecc344b899b1cf7f07e096animate/images.zip",</w:t>
        <w:br/>
        <w:tab/>
        <w:t>"htmlUrlZip": "http://doc-2.polyv.net/images/2020/12/3872476de0879e8a3d76ecc344b899b1cf7f07e096animate/3872476de0879e8a3d76ecc344b899b1cf7f07e096animate.zip"</w:t>
        <w:br/>
        <w:t>}</w:t>
      </w:r>
    </w:p>
    <w:p>
      <w:pPr>
        <w:pStyle w:val="Heading2"/>
      </w:pPr>
      <w:r>
        <w:t>回调数据说明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PPT状态，“normal”  正常，不需要重复上传文件，已经有上传成功的相同PPT，可以直接进入轮询。“waitConvert”转换PPT中，已经有相同的文件正在转换中，直接进入轮询。“waitUpload” 等待上传状态，进入上传阿里云步骤。“failConvert” 转换失败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convertType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smallImagesZip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小图ZIP地址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imagesZip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大图ZIP地址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htmlUrlZip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动效文件ZIP地址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</w:t>
            </w:r>
          </w:p>
        </w:tc>
      </w:tr>
    </w:tbl>
    <w:p>
      <w:pPr>
        <w:spacing w:after="40"/>
      </w:pPr>
    </w:p>
    <w:p>
      <w:pPr>
        <w:pStyle w:val="Heading2"/>
      </w:pPr>
      <w:r>
        <w:t>回调响应数据JSON示例：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请求状态响应码，返回200成功表示收到响应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test() {</w:t>
        <w:br/>
        <w:t xml:space="preserve">        String url = "https://document-2.polyv.net/api/live/user/upload/ppt";</w:t>
        <w:br/>
        <w:br/>
        <w:t xml:space="preserve">        Map&lt;String, String&gt; params = new HashMap&lt;&gt;();</w:t>
        <w:br/>
        <w:t xml:space="preserve">        params.put("callback", "http://biny.free.idcfengye.com/callback/ppt");</w:t>
        <w:br/>
        <w:t xml:space="preserve">        params.put("type", "animate");</w:t>
        <w:br/>
        <w:t xml:space="preserve">        params.put("userId", "cf7f07e096");</w:t>
        <w:br/>
        <w:t xml:space="preserve">        // 调用Polyv的httpClient工具类发送请求</w:t>
        <w:br/>
        <w:t xml:space="preserve">        String content = HttpClientUtil.getInstance().sendHttpPost(url, params);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新东方-上传PPT文件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