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查询频道直播时长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https://api.polyv.net/live/v3/channel/statistics/get-live-durations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1、接口用于查询频道直播时长</w:t>
        <w:br/>
        <w:t>2、支持多频道</w:t>
        <w:br/>
        <w:t>3、接口支持https</w:t>
      </w:r>
    </w:p>
    <w:p>
      <w:pPr>
        <w:pStyle w:val="Heading2"/>
      </w:pPr>
      <w:r>
        <w:t>返回结果格式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频道号，多个频道可以通过英文逗号相连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 [</w:t>
        <w:br/>
        <w:t xml:space="preserve">            {</w:t>
        <w:br/>
        <w:t xml:space="preserve">                "duration": 1000,</w:t>
        <w:br/>
        <w:t xml:space="preserve">                "channelId": 108888</w:t>
        <w:br/>
        <w:t xml:space="preserve">            },</w:t>
        <w:br/>
        <w:t xml:space="preserve">            {</w:t>
        <w:br/>
        <w:t xml:space="preserve">                "duration": 222,</w:t>
        <w:br/>
        <w:t xml:space="preserve">                "channelId": 108188</w:t>
        <w:br/>
        <w:t xml:space="preserve">            }</w:t>
        <w:br/>
        <w:t xml:space="preserve">     ]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非法频道号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"data": "",</w:t>
        <w:br/>
        <w:t xml:space="preserve">    "message": "illegal channel id: 10001",</w:t>
        <w:br/>
        <w:t xml:space="preserve">    "status": "error"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直播时长, 单位是秒（s）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test() {</w:t>
        <w:br/>
        <w:t xml:space="preserve">        String url = "https://api.polyv.net/live/v3/channel/statistics/get-live-durations";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String channelIds = "10001,10002";</w:t>
        <w:br/>
        <w:t xml:space="preserve">        Map&lt;String, String&gt; params = new HashMap&lt;&gt;();</w:t>
        <w:br/>
        <w:t xml:space="preserve">        params.put("channelIds", channelIds);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查询频道直播时长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