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设置用户微信分享自定义URL接口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https://api.polyv.net/live/v3/user/set-weixin-share-api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设置用户自定义的微信分享接口地址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开发者账号下的appId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13位当前时间的时间戳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接口地址URL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返回错误结果JSON示例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返回结果data表示成功修改的数量.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int32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操作结果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//接口需要的参数（非sign）赋值</w:t>
        <w:br/>
        <w:t>$appId = "XXXXXXXX";</w:t>
        <w:br/>
        <w:t>$timestamp = "123123123123";</w:t>
        <w:br/>
        <w:t>$url = "http://www.polyv.ne/xxx";</w:t>
        <w:br/>
        <w:t>$params = array(</w:t>
        <w:br/>
        <w:tab/>
        <w:tab/>
        <w:t>'appId'=&gt;$appId,</w:t>
        <w:br/>
        <w:tab/>
        <w:tab/>
        <w:t>'url'=&gt;$url,</w:t>
        <w:br/>
        <w:tab/>
        <w:tab/>
        <w:t>'timestamp'=&gt;$timestamp</w:t>
        <w:br/>
        <w:tab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"https://api.polyv.net/live/v3/user/set-weixin-share-api?".http_build_query($params);</w:t>
        <w:br/>
        <w:br/>
        <w:t>$ch = curl_init() or die ( curl_error() );</w:t>
        <w:br/>
        <w:t>curl_setopt( $ch, CURLOPT_URL, $url);</w:t>
        <w:br/>
        <w:t>curl_setopt ($ch, CURLOPT_CUSTOMREQUEST, "POST");</w:t>
        <w:br/>
        <w:t>curl_setopt( $ch, CURLOPT_RETURNTRANSFER, 1 );</w:t>
        <w:br/>
        <w:t>curl_setopt( $ch, CURLOPT_CONNECTTIMEOUT, 360);</w:t>
        <w:br/>
        <w:t>$response = curl_exec ( $ch );</w:t>
        <w:br/>
        <w:t>curl_close ( $ch );</w:t>
        <w:br/>
        <w:t>echo $response;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设置用户微信分享自定义URL接口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