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获取视频库列表（返回包含转存的mp4）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http://api.polyv.net/live/v3/channel/playback/special-list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1、作用：获取回放视频的视频列表信息，返回内容包括经过处理的mp4地址(如果回放视频是合并或者剪辑后再转存的，则返回mp4为null),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2、接口支持https协议。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页数，默认每页显示12条数据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playback-回放列表，vod-点播列表; 默认普通直播场景为vod，三分屏为playback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"pageNumber": 1,</w:t>
        <w:br/>
        <w:t xml:space="preserve">    "totalItems": 3,</w:t>
        <w:br/>
        <w:t xml:space="preserve">    "contents": [</w:t>
        <w:br/>
        <w:t xml:space="preserve">      {</w:t>
        <w:br/>
        <w:t xml:space="preserve">        "videoId": "6ce905500b",</w:t>
        <w:br/>
        <w:t xml:space="preserve">        "videoPoolId": "54df86edc42918572a835cb32295895b_5",</w:t>
        <w:br/>
        <w:t xml:space="preserve">        "userId": "54df86edc4",</w:t>
        <w:br/>
        <w:t xml:space="preserve">        "channelId": 100000,</w:t>
        <w:br/>
        <w:t xml:space="preserve">        "title": "保利威视",</w:t>
        <w:br/>
        <w:t xml:space="preserve">        "firstImage": "http://img.videocc.net//uimage/5/54df86edc4/b/54df86edc42918572a835cb32295895b_0.jpg",</w:t>
        <w:br/>
        <w:t xml:space="preserve">        "duration": "00:27:10",</w:t>
        <w:br/>
        <w:t xml:space="preserve">        "myBr": "1",</w:t>
        <w:br/>
        <w:t xml:space="preserve">        "qid": null,</w:t>
        <w:br/>
        <w:t xml:space="preserve">        "seed": 0,</w:t>
        <w:br/>
        <w:t xml:space="preserve">        "ordertime": 0,</w:t>
        <w:br/>
        <w:t xml:space="preserve">        "createdTime": 1526018843000,</w:t>
        <w:br/>
        <w:t xml:space="preserve">        "lastModified": 1526018940000,</w:t>
        <w:br/>
        <w:t xml:space="preserve">        "rank": 9,</w:t>
        <w:br/>
        <w:t xml:space="preserve">        "asDefault": "N",</w:t>
        <w:br/>
        <w:t xml:space="preserve">        "url": "http://mpv.videocc.net/54df86edc4/b/54df86edc42918572a835cb32295895b_1.m3u8",</w:t>
        <w:br/>
        <w:t xml:space="preserve">        "channelSessionId": null,</w:t>
        <w:br/>
        <w:t xml:space="preserve">        "mergeInfo": "[\"20180509192019,956,f0v8mk8lfx\",\"20180510092124,673,f0v8mk8lfx\"]",</w:t>
        <w:br/>
        <w:t xml:space="preserve">        "status": "Y",</w:t>
        <w:br/>
        <w:t xml:space="preserve">        "fileUrl": "http://videolib.videocc.net/ec7paqepj320161102141026068/recordmerge.ec7paqepj320161102141026068_20180511140712.m3u8",</w:t>
        <w:br/>
        <w:t xml:space="preserve">        "fileId": "dc673c60ffa36bf04743a255a2eabe61",</w:t>
        <w:br/>
        <w:t xml:space="preserve">        "startTime": "20180509192019",</w:t>
        <w:br/>
        <w:t xml:space="preserve">        "liveType": "alone",</w:t>
        <w:br/>
        <w:tab/>
        <w:tab/>
        <w:t>"mp4":null</w:t>
        <w:br/>
        <w:t xml:space="preserve">      },</w:t>
        <w:br/>
        <w:t xml:space="preserve">      {</w:t>
        <w:br/>
        <w:t xml:space="preserve">        "videoId": "752d0bd60f",</w:t>
        <w:br/>
        <w:t xml:space="preserve">        "videoPoolId": "54df86edc489fb78f3fab89eb77094c4_5",</w:t>
        <w:br/>
        <w:t xml:space="preserve">        "userId": "54df86edc4",</w:t>
        <w:br/>
        <w:t xml:space="preserve">        "channelId": 100000,</w:t>
        <w:br/>
        <w:t xml:space="preserve">        "title": "保利威视",</w:t>
        <w:br/>
        <w:t xml:space="preserve">        "firstImage": "http://img.videocc.net//uimage/5/54df86edc4/4/54df86edc489fb78f3fab89eb77094c4_0.jpg",</w:t>
        <w:br/>
        <w:t xml:space="preserve">        "duration": "00:00:37",</w:t>
        <w:br/>
        <w:t xml:space="preserve">        "myBr": "1",</w:t>
        <w:br/>
        <w:t xml:space="preserve">        "qid": null,</w:t>
        <w:br/>
        <w:t xml:space="preserve">        "seed": 0,</w:t>
        <w:br/>
        <w:t xml:space="preserve">        "ordertime": 0,</w:t>
        <w:br/>
        <w:t xml:space="preserve">        "createdTime": 1525879207000,</w:t>
        <w:br/>
        <w:t xml:space="preserve">        "lastModified": 1525879207000,</w:t>
        <w:br/>
        <w:t xml:space="preserve">        "rank": 6,</w:t>
        <w:br/>
        <w:t xml:space="preserve">        "asDefault": "N",</w:t>
        <w:br/>
        <w:t xml:space="preserve">        "url": "http://mpv.videocc.net/54df86edc4/4/54df86edc489fb78f3fab89eb77094c4_1.m3u8",</w:t>
        <w:br/>
        <w:t xml:space="preserve">        "channelSessionId": "f0t3g29fwb",</w:t>
        <w:br/>
        <w:t xml:space="preserve">        "mergeInfo": null,</w:t>
        <w:br/>
        <w:t xml:space="preserve">        "status": "Y",</w:t>
        <w:br/>
        <w:t xml:space="preserve">        "fileUrl": "http://videolib.videocc.net/ec7paqepj320161102141026068/recordf.ec7paqepj320161102141026068_20180507155013.m3u8",</w:t>
        <w:br/>
        <w:t xml:space="preserve">        "fileId": "c21fd49fae4f42a7b1c637be6ab749f1",</w:t>
        <w:br/>
        <w:t xml:space="preserve">        "startTime": "20180507155013",</w:t>
        <w:br/>
        <w:t xml:space="preserve">        "liveType": "ppt",</w:t>
        <w:br/>
        <w:tab/>
        <w:tab/>
        <w:t xml:space="preserve">  "mp4":"http://videolib.videocc.net/ec7paqepj320161102141026068/recordf.ec7paqepj320161102141026068_20180507155013.mp4"</w:t>
        <w:br/>
        <w:t xml:space="preserve">      },</w:t>
        <w:br/>
        <w:t xml:space="preserve">      {</w:t>
        <w:br/>
        <w:t xml:space="preserve">        "videoId": "4d8a9ec87f",</w:t>
        <w:br/>
        <w:t xml:space="preserve">        "videoPoolId": "54df86edc45346b768f5437cb91844e8_5",</w:t>
        <w:br/>
        <w:t xml:space="preserve">        "userId": "54df86edc4",</w:t>
        <w:br/>
        <w:t xml:space="preserve">        "channelId": 100000,</w:t>
        <w:br/>
        <w:t xml:space="preserve">        "title": "保利威视",</w:t>
        <w:br/>
        <w:t xml:space="preserve">        "firstImage": "http://img.videocc.net//uimage/5/54df86edc4/8/54df86edc45346b768f5437cb91844e8_0.jpg",</w:t>
        <w:br/>
        <w:t xml:space="preserve">        "duration": "00:00:42",</w:t>
        <w:br/>
        <w:t xml:space="preserve">        "myBr": "1",</w:t>
        <w:br/>
        <w:t xml:space="preserve">        "qid": null,</w:t>
        <w:br/>
        <w:t xml:space="preserve">        "seed": 0,</w:t>
        <w:br/>
        <w:t xml:space="preserve">        "ordertime": 0,</w:t>
        <w:br/>
        <w:t xml:space="preserve">        "createdTime": 1525879189000,</w:t>
        <w:br/>
        <w:t xml:space="preserve">        "lastModified": 1525879201000,</w:t>
        <w:br/>
        <w:t xml:space="preserve">        "rank": 4,</w:t>
        <w:br/>
        <w:t xml:space="preserve">        "asDefault": "N",</w:t>
        <w:br/>
        <w:t xml:space="preserve">        "url": "http://mpv.videocc.net/54df86edc4/8/54df86edc45346b768f5437cb91844e8_1.m3u8",</w:t>
        <w:br/>
        <w:t xml:space="preserve">        "channelSessionId": "f0gp7zunbp",</w:t>
        <w:br/>
        <w:t xml:space="preserve">        "mergeInfo": null,</w:t>
        <w:br/>
        <w:t xml:space="preserve">        "status": "Y",</w:t>
        <w:br/>
        <w:t xml:space="preserve">        "fileUrl": "http://videolib.videocc.net/ec7paqepj320161102141026068/recordf.ec7paqepj320161102141026068_20180426140123.m3u8",</w:t>
        <w:br/>
        <w:t xml:space="preserve">        "fileId": "424ecdd5d0689408f7531878b49a2c7d",</w:t>
        <w:br/>
        <w:t xml:space="preserve">        "startTime": "20180426140123",</w:t>
        <w:br/>
        <w:t xml:space="preserve">        "liveType": "alone"</w:t>
        <w:br/>
        <w:tab/>
        <w:tab/>
        <w:t xml:space="preserve"> "mp4":"http://videolib.videocc.net/ec7paqepj320161102141026068/recordf.ec7paqepj320161102141026068_20180426140123.mp4"</w:t>
        <w:br/>
        <w:t xml:space="preserve">      }</w:t>
        <w:br/>
        <w:t xml:space="preserve">    ],</w:t>
        <w:br/>
        <w:t xml:space="preserve">    "endRow": 3,</w:t>
        <w:br/>
        <w:t xml:space="preserve">    "startRow": 1,</w:t>
        <w:br/>
        <w:t xml:space="preserve">    "firstPage": true,</w:t>
        <w:br/>
        <w:t xml:space="preserve">    "prePageNumber": 1,</w:t>
        <w:br/>
        <w:t xml:space="preserve">    "totalPages": 1,</w:t>
        <w:br/>
        <w:t xml:space="preserve">    "nextPageNumber": 1,</w:t>
        <w:br/>
        <w:t xml:space="preserve">    "lastPage": true,</w:t>
        <w:br/>
        <w:t xml:space="preserve">    "limit": 3,</w:t>
        <w:br/>
        <w:t xml:space="preserve">    "offset": 0</w:t>
        <w:br/>
        <w:t xml:space="preserve">  }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视频列表页数（默认以12条数据为1页）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回放视频总个数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点播后台用户id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回放视频对应的直播频道id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视频长度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myBr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默认视频的播放清晰度，1为流畅，2为高清，3为超清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访客信息收集id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视频加密状态，1表示为加密状态，0为非加密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添加为回放视频的日期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视频最后修改日期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是否为默认播放视频，值为Y/N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视频播放地址，注：如果视频为加密视频，则此地址无法访问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用于PPT请求数据，与PPT直播的回放相关，普通直播回放值为null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视频合并信息，后续补充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转存后的回放视频对应的mp4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lang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视频语言类型 EN英文、zh_CN中文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当前页视频个数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"127075";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'channelId'=&gt;$channelId,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"http://api.polyv.net/live/v3/channel/playback/special-list?appId=$appId"."&amp;page=$page"."&amp;pageSize=$pageSize"."&amp;timestamp=$timestamp"."&amp;sign=$sign"."&amp;channelId=".$channelId;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获取视频库列表（返回包含转存的mp4）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