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iframe 方式嵌入观看页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若想快速将Polyv直播部署到自身的域名下，可简单通过iframe 引入polyv观看页</w:t>
      </w:r>
    </w:p>
    <w:p>
      <w:pPr>
        <w:pStyle w:val="Heading1"/>
      </w:pPr>
      <w:r>
        <w:t>普通直播嵌入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示例代码（满屏嵌入，将占满整个浏览器窗口）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&lt;html&gt;</w:t>
        <w:br/>
        <w:t>&lt;head&gt;</w:t>
        <w:br/>
        <w:t xml:space="preserve">  &lt;meta charset="UTF-8"&gt;</w:t>
        <w:br/>
        <w:t xml:space="preserve">  &lt;meta name="viewport" content="width=device-width,initial-scale=1.0,maximum-scale=1.0,user-scalable=0"&gt;</w:t>
        <w:br/>
        <w:t xml:space="preserve">  &lt;meta http-equiv="X-UA-Compatible" content="ie=edge"&gt;</w:t>
        <w:br/>
        <w:t xml:space="preserve">  &lt;title&gt;普通直播iframe demo&lt;/title&gt;</w:t>
        <w:br/>
        <w:t xml:space="preserve">  &lt;style&gt;</w:t>
        <w:br/>
        <w:t xml:space="preserve">  /* 将根元素占满浏览器 */</w:t>
        <w:br/>
        <w:t xml:space="preserve">    html,body {</w:t>
        <w:br/>
        <w:t xml:space="preserve">      margin: 0;</w:t>
        <w:br/>
        <w:t xml:space="preserve">      padding: 0;</w:t>
        <w:br/>
        <w:t xml:space="preserve">      width: 100%;</w:t>
        <w:br/>
        <w:t xml:space="preserve">      height: 100%;</w:t>
        <w:br/>
        <w:t xml:space="preserve">    }</w:t>
        <w:br/>
        <w:t xml:space="preserve">    iframe {</w:t>
        <w:br/>
        <w:t xml:space="preserve">      margin: 0 auto;</w:t>
        <w:br/>
        <w:t xml:space="preserve">      display: block;</w:t>
        <w:br/>
        <w:t xml:space="preserve">      width: 100%;</w:t>
        <w:br/>
        <w:t xml:space="preserve">      height: 100%;</w:t>
        <w:br/>
        <w:t xml:space="preserve">    }</w:t>
        <w:br/>
        <w:t xml:space="preserve">  &lt;/style&gt;</w:t>
        <w:br/>
        <w:t>&lt;/head&gt;</w:t>
        <w:br/>
        <w:t>&lt;body&gt;</w:t>
        <w:br/>
        <w:t>&lt;!-- 将 "{{频道号}}" 更换为具体频道号 --&gt;</w:t>
        <w:br/>
        <w:t xml:space="preserve">  &lt;iframe src="https://live.polyv.cn/watch/{{频道号}}" frameborder="0" allowfullscreen="true"&gt;&lt;/iframe&gt;</w:t>
        <w:br/>
        <w:t>&lt;/body&gt;</w:t>
        <w:br/>
        <w:t>&lt;/html&gt;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请pc下尽量将iframe宽度设置为大于或等于1024px，否则会出现横向的滚动条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移动端嵌入建议满屏嵌入，以防出现一些兼容问题</w:t>
      </w:r>
    </w:p>
    <w:p>
      <w:pPr>
        <w:pStyle w:val="Heading1"/>
      </w:pPr>
      <w:r>
        <w:t>云课堂嵌入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示例代码（满屏嵌入，将占满整个浏览器窗口）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&lt;html&gt;</w:t>
        <w:br/>
        <w:t>&lt;head&gt;</w:t>
        <w:br/>
        <w:t xml:space="preserve">  &lt;meta charset="UTF-8"&gt;</w:t>
        <w:br/>
        <w:t xml:space="preserve">  &lt;meta name="viewport" content="width=device-width,initial-scale=1.0,maximum-scale=1.0,user-scalable=0"&gt;</w:t>
        <w:br/>
        <w:t xml:space="preserve">  &lt;meta http-equiv="X-UA-Compatible" content="ie=edge"&gt;</w:t>
        <w:br/>
        <w:t xml:space="preserve">  &lt;title&gt;云课堂iframe demo&lt;/title&gt;</w:t>
        <w:br/>
        <w:t xml:space="preserve">  &lt;style&gt;</w:t>
        <w:br/>
        <w:t xml:space="preserve">    /* 将根元素占满浏览器 */</w:t>
        <w:br/>
        <w:t xml:space="preserve">    html,body {</w:t>
        <w:br/>
        <w:t xml:space="preserve">      margin: 0;</w:t>
        <w:br/>
        <w:t xml:space="preserve">      padding: 0;</w:t>
        <w:br/>
        <w:t xml:space="preserve">      width: 100%;</w:t>
        <w:br/>
        <w:t xml:space="preserve">      height: 100%;</w:t>
        <w:br/>
        <w:t xml:space="preserve">    }</w:t>
        <w:br/>
        <w:br/>
        <w:t xml:space="preserve">    iframe {</w:t>
        <w:br/>
        <w:t xml:space="preserve">      margin: 0 auto;</w:t>
        <w:br/>
        <w:t xml:space="preserve">      display: block;</w:t>
        <w:br/>
        <w:t xml:space="preserve">      width: 100%;</w:t>
        <w:br/>
        <w:t xml:space="preserve">      height: 100%;</w:t>
        <w:br/>
        <w:t xml:space="preserve">    }</w:t>
        <w:br/>
        <w:t xml:space="preserve">  &lt;/style&gt;</w:t>
        <w:br/>
        <w:t>&lt;/head&gt;</w:t>
        <w:br/>
        <w:t>&lt;body&gt;</w:t>
        <w:br/>
        <w:t xml:space="preserve">  &lt;!-- 将 "{{频道号}}" 更换 --&gt;</w:t>
        <w:br/>
        <w:t xml:space="preserve">  &lt;iframe src="https://live.polyv.cn/watch/{{频道号}}" frameborder="0" allowfullscreen="true"&gt;&lt;/iframe&gt;</w:t>
        <w:br/>
        <w:t>&lt;/body&gt;</w:t>
        <w:br/>
        <w:t>&lt;/html&gt;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云课堂嵌入与普通直播一样，但在pc下宽度请设置在1196px或1196px以上，否则会出现横向滚动条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移动端嵌入建议满屏嵌入，以防出现一些兼容问题</w:t>
      </w:r>
    </w:p>
    <w:p>
      <w:pPr>
        <w:pStyle w:val="Heading2"/>
      </w:pPr>
      <w:r>
        <w:t>可设置参数 —— hasFrame（适用于云课堂）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设置为1后会页面隐藏直播介绍，页面菜单(页面底部)，语言设置，主播放器上的分享频道信息栏，适合局部嵌入iframe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&lt;iframe src="https://live.polyv.cn/watch/12345?hasFrame=1" frameborder="0" allowfullscreen="true"&gt;&lt;/iframe&gt;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</w:t>
      </w:r>
      <w:r>
        <w:rPr>
          <w:rFonts w:ascii="Menlo" w:hAnsi="Menlo"/>
          <w:color w:val="444444"/>
          <w:sz w:val="20"/>
        </w:rPr>
        <w:t>hasFrame=1</w:t>
      </w:r>
      <w:r>
        <w:rPr>
          <w:rFonts w:ascii="Source Han Sans SC" w:hAnsi="Source Han Sans SC" w:eastAsia="Source Han Sans SC" w:cs="Source Han Sans SC" w:hint="eastAsia"/>
          <w:sz w:val="21"/>
        </w:rPr>
        <w:t>后因为页面底部隐藏，可设置固定高度使竖向滚动条隐藏，使页面嵌入更像在本页面的代码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iframe {</w:t>
        <w:br/>
        <w:t xml:space="preserve">      margin: 0 auto;</w:t>
        <w:br/>
        <w:t xml:space="preserve">      display: block;</w:t>
        <w:br/>
        <w:t xml:space="preserve">      width: 100%;</w:t>
        <w:br/>
        <w:t xml:space="preserve">      height: 718px;</w:t>
        <w:br/>
        <w:t xml:space="preserve">    }</w:t>
        <w:br/>
        <w:br/>
        <w:t xml:space="preserve">  @media (min-width: 1500px) {</w:t>
        <w:br/>
        <w:t xml:space="preserve">    iframe {</w:t>
        <w:br/>
        <w:t xml:space="preserve">      height: 824px;</w:t>
        <w:br/>
        <w:t xml:space="preserve">    }</w:t>
        <w:br/>
        <w:t xml:space="preserve">  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嵌入后台回放地址如 </w:t>
      </w:r>
      <w:r>
        <w:rPr>
          <w:rFonts w:ascii="Menlo" w:hAnsi="Menlo"/>
          <w:color w:val="444444"/>
          <w:sz w:val="20"/>
        </w:rPr>
        <w:t>https://live.polyv.cn/watch/12345?vid=12345</w:t>
      </w:r>
      <w:r>
        <w:rPr>
          <w:rFonts w:ascii="Source Han Sans SC" w:hAnsi="Source Han Sans SC" w:eastAsia="Source Han Sans SC" w:cs="Source Han Sans SC" w:hint="eastAsia"/>
          <w:sz w:val="21"/>
        </w:rPr>
        <w:t>的链接效果与设置hasFrame样式效果一样，也可参考上述的样式设置</w:t>
      </w:r>
    </w:p>
    <w:p>
      <w:pPr>
        <w:pStyle w:val="Heading1"/>
      </w:pPr>
      <w:r>
        <w:t>iframe 权限设置</w:t>
      </w:r>
    </w:p>
    <w:p>
      <w:pPr>
        <w:pStyle w:val="Heading2"/>
      </w:pPr>
      <w:r>
        <w:t>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若需要连麦，需要在iframe中添加allow属性(标签内需添加代码allow="microphone; camera")，允许iframe获取摄像头与麦克风设备，且主域名也必须是https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iframe 地址必须是https,本地调试可使用localhost访问，不受协议限制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&lt;iframe src="https://live.polyv.cn/watch/{{频道号}}" frameborder="0" allowfullscreen="true" allow="microphone; camera"&gt;&lt;/iframe&gt;</w:t>
      </w:r>
    </w:p>
    <w:p>
      <w:pPr>
        <w:pStyle w:val="Heading2"/>
      </w:pPr>
      <w:r>
        <w:t>全屏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允许全屏可添加属性 </w:t>
      </w:r>
      <w:r>
        <w:rPr>
          <w:rFonts w:ascii="Menlo" w:hAnsi="Menlo"/>
          <w:color w:val="444444"/>
          <w:sz w:val="20"/>
        </w:rPr>
        <w:t>allowfullscreen="true"</w:t>
      </w:r>
      <w:r>
        <w:rPr>
          <w:rFonts w:ascii="Source Han Sans SC" w:hAnsi="Source Han Sans SC" w:eastAsia="Source Han Sans SC" w:cs="Source Han Sans SC" w:hint="eastAsia"/>
          <w:sz w:val="21"/>
        </w:rPr>
        <w:t>，否则iframe无法进入全屏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自定义授权</w:t>
      </w:r>
      <w:r>
        <w:rPr>
          <w:rFonts w:ascii="Source Han Sans SC" w:hAnsi="Source Han Sans SC" w:eastAsia="Source Han Sans SC" w:cs="Source Han Sans SC" w:hint="eastAsia"/>
          <w:sz w:val="21"/>
        </w:rPr>
        <w:t>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外部授权</w:t>
      </w:r>
      <w:r>
        <w:rPr>
          <w:rFonts w:ascii="Source Han Sans SC" w:hAnsi="Source Han Sans SC" w:eastAsia="Source Han Sans SC" w:cs="Source Han Sans SC" w:hint="eastAsia"/>
          <w:sz w:val="21"/>
        </w:rPr>
        <w:t>时请嵌入 https 协议的观看页。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2、iframe不支持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直接（独立）授权</w:t>
      </w:r>
      <w:r>
        <w:rPr>
          <w:rFonts w:ascii="Source Han Sans SC" w:hAnsi="Source Han Sans SC" w:eastAsia="Source Han Sans SC" w:cs="Source Han Sans SC" w:hint="eastAsia"/>
          <w:sz w:val="21"/>
        </w:rPr>
        <w:t>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安卓微信进入iframe观看页的页面白屏</w:t>
      </w:r>
      <w:r>
        <w:rPr>
          <w:rFonts w:ascii="Source Han Sans SC" w:hAnsi="Source Han Sans SC" w:eastAsia="Source Han Sans SC" w:cs="Source Han Sans SC" w:hint="eastAsia"/>
          <w:sz w:val="21"/>
        </w:rPr>
        <w:t>，观看页在微信端会默认经过微信的授权，获取观众的头像和昵称，如需使用iframe观看页链接的方式观看，需要结合外部授权或自定义授权观看条件使用，否则在安卓微信端打开将显示白屏。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安卓微信出现页面抖动的情况</w:t>
      </w:r>
      <w:r>
        <w:rPr>
          <w:rFonts w:ascii="Source Han Sans SC" w:hAnsi="Source Han Sans SC" w:eastAsia="Source Han Sans SC" w:cs="Source Han Sans SC" w:hint="eastAsia"/>
          <w:sz w:val="21"/>
        </w:rPr>
        <w:t>，需要将iframe标签默认的边框去掉。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5、iframe不支持打赏、红包、等涉及支付类的功能。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&lt;iframe src="https://live.polyv.cn/watch/{{频道号}}" style="border:0"&gt;&lt;/iframe&gt;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更多iframe设置可参考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iframe 设置参考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iframe 方式嵌入观看页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